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A09" w:rsidRDefault="00F26A09">
      <w:pPr>
        <w:rPr>
          <w:lang w:val="ru-RU"/>
        </w:rPr>
      </w:pPr>
      <w:r>
        <w:rPr>
          <w:noProof/>
          <w:lang w:val="ru-RU" w:eastAsia="ru-RU"/>
        </w:rPr>
        <w:drawing>
          <wp:inline distT="0" distB="0" distL="0" distR="0" wp14:anchorId="0C30769C" wp14:editId="3A43075A">
            <wp:extent cx="6289288" cy="883280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9980" cy="8833779"/>
                    </a:xfrm>
                    <a:prstGeom prst="rect">
                      <a:avLst/>
                    </a:prstGeom>
                    <a:noFill/>
                    <a:ln>
                      <a:noFill/>
                    </a:ln>
                  </pic:spPr>
                </pic:pic>
              </a:graphicData>
            </a:graphic>
          </wp:inline>
        </w:drawing>
      </w:r>
    </w:p>
    <w:p w:rsidR="00F26A09" w:rsidRDefault="00F26A09">
      <w:pPr>
        <w:rPr>
          <w:lang w:val="ru-RU"/>
        </w:rPr>
      </w:pPr>
      <w:bookmarkStart w:id="0" w:name="_GoBack"/>
      <w:bookmarkEnd w:id="0"/>
    </w:p>
    <w:p w:rsidR="00F26A09" w:rsidRDefault="00F26A09">
      <w:pPr>
        <w:rPr>
          <w:lang w:val="ru-RU"/>
        </w:rPr>
      </w:pPr>
    </w:p>
    <w:p w:rsidR="00F26A09" w:rsidRDefault="00F26A09">
      <w:pPr>
        <w:rPr>
          <w:lang w:val="ru-RU"/>
        </w:rPr>
      </w:pPr>
    </w:p>
    <w:p w:rsidR="00662447" w:rsidRPr="00F26A09" w:rsidRDefault="00662447">
      <w:pPr>
        <w:autoSpaceDE w:val="0"/>
        <w:autoSpaceDN w:val="0"/>
        <w:spacing w:after="78" w:line="220" w:lineRule="exact"/>
        <w:rPr>
          <w:lang w:val="ru-RU"/>
        </w:rPr>
      </w:pPr>
    </w:p>
    <w:p w:rsidR="00662447" w:rsidRPr="00F26A09" w:rsidRDefault="007A792A" w:rsidP="00F26A09">
      <w:pPr>
        <w:autoSpaceDE w:val="0"/>
        <w:autoSpaceDN w:val="0"/>
        <w:spacing w:after="0" w:line="230" w:lineRule="auto"/>
        <w:jc w:val="center"/>
        <w:rPr>
          <w:lang w:val="ru-RU"/>
        </w:rPr>
      </w:pPr>
      <w:r w:rsidRPr="00F26A09">
        <w:rPr>
          <w:rFonts w:ascii="Times New Roman" w:eastAsia="Times New Roman" w:hAnsi="Times New Roman"/>
          <w:b/>
          <w:color w:val="000000"/>
          <w:sz w:val="24"/>
          <w:lang w:val="ru-RU"/>
        </w:rPr>
        <w:lastRenderedPageBreak/>
        <w:t>ПОЯСНИТЕЛЬНАЯ ЗАПИСКА</w:t>
      </w:r>
    </w:p>
    <w:p w:rsidR="00662447" w:rsidRPr="007A792A" w:rsidRDefault="007A792A">
      <w:pPr>
        <w:autoSpaceDE w:val="0"/>
        <w:autoSpaceDN w:val="0"/>
        <w:spacing w:before="346" w:after="0" w:line="230" w:lineRule="auto"/>
        <w:rPr>
          <w:lang w:val="ru-RU"/>
        </w:rPr>
      </w:pPr>
      <w:r w:rsidRPr="007A792A">
        <w:rPr>
          <w:rFonts w:ascii="Times New Roman" w:eastAsia="Times New Roman" w:hAnsi="Times New Roman"/>
          <w:b/>
          <w:color w:val="000000"/>
          <w:sz w:val="24"/>
          <w:lang w:val="ru-RU"/>
        </w:rPr>
        <w:t xml:space="preserve">ОБЩАЯ ХАРАКТЕРИСТИКА УЧЕБНОГО ПРЕДМЕТА "МАТЕМАТИКА" </w:t>
      </w:r>
    </w:p>
    <w:p w:rsidR="00662447" w:rsidRPr="007A792A" w:rsidRDefault="007A792A">
      <w:pPr>
        <w:autoSpaceDE w:val="0"/>
        <w:autoSpaceDN w:val="0"/>
        <w:spacing w:before="166" w:after="0" w:line="288" w:lineRule="auto"/>
        <w:ind w:firstLine="180"/>
        <w:rPr>
          <w:lang w:val="ru-RU"/>
        </w:rPr>
      </w:pPr>
      <w:r w:rsidRPr="007A792A">
        <w:rPr>
          <w:rFonts w:ascii="Times New Roman" w:eastAsia="Times New Roman" w:hAnsi="Times New Roman"/>
          <w:color w:val="000000"/>
          <w:sz w:val="24"/>
          <w:lang w:val="ru-RU"/>
        </w:rPr>
        <w:t xml:space="preserve">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w:t>
      </w:r>
      <w:r w:rsidRPr="007A792A">
        <w:rPr>
          <w:lang w:val="ru-RU"/>
        </w:rPr>
        <w:br/>
      </w:r>
      <w:r w:rsidRPr="007A792A">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7A792A">
        <w:rPr>
          <w:lang w:val="ru-RU"/>
        </w:rPr>
        <w:br/>
      </w:r>
      <w:r w:rsidRPr="007A792A">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7A792A">
        <w:rPr>
          <w:lang w:val="ru-RU"/>
        </w:rPr>
        <w:br/>
      </w:r>
      <w:r w:rsidRPr="007A792A">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7A792A">
        <w:rPr>
          <w:lang w:val="ru-RU"/>
        </w:rPr>
        <w:br/>
      </w:r>
      <w:r w:rsidRPr="007A792A">
        <w:rPr>
          <w:rFonts w:ascii="Times New Roman" w:eastAsia="Times New Roman" w:hAnsi="Times New Roman"/>
          <w:color w:val="000000"/>
          <w:sz w:val="24"/>
          <w:lang w:val="ru-RU"/>
        </w:rPr>
        <w:t>общеобразовательной подготовки, в том числе и математической.</w:t>
      </w:r>
    </w:p>
    <w:p w:rsidR="00662447" w:rsidRPr="007A792A" w:rsidRDefault="007A792A">
      <w:pPr>
        <w:autoSpaceDE w:val="0"/>
        <w:autoSpaceDN w:val="0"/>
        <w:spacing w:before="70" w:after="0"/>
        <w:ind w:right="144" w:firstLine="180"/>
        <w:rPr>
          <w:lang w:val="ru-RU"/>
        </w:rPr>
      </w:pPr>
      <w:r w:rsidRPr="007A792A">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662447" w:rsidRPr="007A792A" w:rsidRDefault="007A792A">
      <w:pPr>
        <w:autoSpaceDE w:val="0"/>
        <w:autoSpaceDN w:val="0"/>
        <w:spacing w:before="70" w:after="0" w:line="286" w:lineRule="auto"/>
        <w:ind w:firstLine="180"/>
        <w:rPr>
          <w:lang w:val="ru-RU"/>
        </w:rPr>
      </w:pPr>
      <w:r w:rsidRPr="007A792A">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7A792A">
        <w:rPr>
          <w:lang w:val="ru-RU"/>
        </w:rPr>
        <w:br/>
      </w:r>
      <w:r w:rsidRPr="007A792A">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7A792A">
        <w:rPr>
          <w:lang w:val="ru-RU"/>
        </w:rPr>
        <w:br/>
      </w:r>
      <w:r w:rsidRPr="007A792A">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7A792A">
        <w:rPr>
          <w:lang w:val="ru-RU"/>
        </w:rPr>
        <w:br/>
      </w:r>
      <w:r w:rsidRPr="007A792A">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662447" w:rsidRPr="007A792A" w:rsidRDefault="007A792A">
      <w:pPr>
        <w:autoSpaceDE w:val="0"/>
        <w:autoSpaceDN w:val="0"/>
        <w:spacing w:before="70" w:after="0" w:line="288" w:lineRule="auto"/>
        <w:ind w:firstLine="180"/>
        <w:rPr>
          <w:lang w:val="ru-RU"/>
        </w:rPr>
      </w:pPr>
      <w:r w:rsidRPr="007A792A">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662447" w:rsidRPr="007A792A" w:rsidRDefault="007A792A">
      <w:pPr>
        <w:autoSpaceDE w:val="0"/>
        <w:autoSpaceDN w:val="0"/>
        <w:spacing w:before="70" w:after="0" w:line="271" w:lineRule="auto"/>
        <w:ind w:firstLine="180"/>
        <w:rPr>
          <w:lang w:val="ru-RU"/>
        </w:rPr>
      </w:pPr>
      <w:r w:rsidRPr="007A792A">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662447" w:rsidRPr="007A792A" w:rsidRDefault="00662447">
      <w:pPr>
        <w:rPr>
          <w:lang w:val="ru-RU"/>
        </w:rPr>
        <w:sectPr w:rsidR="00662447" w:rsidRPr="007A792A">
          <w:pgSz w:w="11900" w:h="16840"/>
          <w:pgMar w:top="298" w:right="650" w:bottom="410" w:left="666" w:header="720" w:footer="720" w:gutter="0"/>
          <w:cols w:space="720" w:equalWidth="0">
            <w:col w:w="10584" w:space="0"/>
          </w:cols>
          <w:docGrid w:linePitch="360"/>
        </w:sectPr>
      </w:pPr>
    </w:p>
    <w:p w:rsidR="00662447" w:rsidRPr="007A792A" w:rsidRDefault="00662447">
      <w:pPr>
        <w:autoSpaceDE w:val="0"/>
        <w:autoSpaceDN w:val="0"/>
        <w:spacing w:after="66" w:line="220" w:lineRule="exact"/>
        <w:rPr>
          <w:lang w:val="ru-RU"/>
        </w:rPr>
      </w:pPr>
    </w:p>
    <w:p w:rsidR="00662447" w:rsidRPr="007A792A" w:rsidRDefault="007A792A">
      <w:pPr>
        <w:autoSpaceDE w:val="0"/>
        <w:autoSpaceDN w:val="0"/>
        <w:spacing w:after="0"/>
        <w:rPr>
          <w:lang w:val="ru-RU"/>
        </w:rPr>
      </w:pPr>
      <w:r w:rsidRPr="007A792A">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662447" w:rsidRPr="007A792A" w:rsidRDefault="007A792A">
      <w:pPr>
        <w:autoSpaceDE w:val="0"/>
        <w:autoSpaceDN w:val="0"/>
        <w:spacing w:before="70" w:after="0" w:line="271" w:lineRule="auto"/>
        <w:ind w:right="432" w:firstLine="180"/>
        <w:rPr>
          <w:lang w:val="ru-RU"/>
        </w:rPr>
      </w:pPr>
      <w:r w:rsidRPr="007A792A">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ЦЕЛИ ИЗУЧЕНИЯ УЧЕБНОГО КУРСА</w:t>
      </w:r>
    </w:p>
    <w:p w:rsidR="00662447" w:rsidRPr="007A792A" w:rsidRDefault="007A792A">
      <w:pPr>
        <w:autoSpaceDE w:val="0"/>
        <w:autoSpaceDN w:val="0"/>
        <w:spacing w:before="166" w:after="0" w:line="230" w:lineRule="auto"/>
        <w:ind w:left="180"/>
        <w:rPr>
          <w:lang w:val="ru-RU"/>
        </w:rPr>
      </w:pPr>
      <w:r w:rsidRPr="007A792A">
        <w:rPr>
          <w:rFonts w:ascii="Times New Roman" w:eastAsia="Times New Roman" w:hAnsi="Times New Roman"/>
          <w:color w:val="000000"/>
          <w:sz w:val="24"/>
          <w:lang w:val="ru-RU"/>
        </w:rPr>
        <w:t>Приоритетными целями обучения математике в 5 классе являются:</w:t>
      </w:r>
    </w:p>
    <w:p w:rsidR="00662447" w:rsidRPr="007A792A" w:rsidRDefault="007A792A">
      <w:pPr>
        <w:autoSpaceDE w:val="0"/>
        <w:autoSpaceDN w:val="0"/>
        <w:spacing w:before="180" w:after="0" w:line="271" w:lineRule="auto"/>
        <w:ind w:left="420" w:right="144"/>
        <w:rPr>
          <w:lang w:val="ru-RU"/>
        </w:rPr>
      </w:pPr>
      <w:r w:rsidRPr="007A792A">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7A792A">
        <w:rPr>
          <w:lang w:val="ru-RU"/>
        </w:rPr>
        <w:br/>
      </w:r>
      <w:r w:rsidRPr="007A792A">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662447" w:rsidRPr="007A792A" w:rsidRDefault="007A792A">
      <w:pPr>
        <w:autoSpaceDE w:val="0"/>
        <w:autoSpaceDN w:val="0"/>
        <w:spacing w:before="190" w:after="0" w:line="262" w:lineRule="auto"/>
        <w:ind w:left="420" w:right="720"/>
        <w:rPr>
          <w:lang w:val="ru-RU"/>
        </w:rPr>
      </w:pPr>
      <w:r w:rsidRPr="007A792A">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662447" w:rsidRPr="007A792A" w:rsidRDefault="007A792A">
      <w:pPr>
        <w:autoSpaceDE w:val="0"/>
        <w:autoSpaceDN w:val="0"/>
        <w:spacing w:before="190" w:after="0" w:line="262" w:lineRule="auto"/>
        <w:ind w:left="420"/>
        <w:rPr>
          <w:lang w:val="ru-RU"/>
        </w:rPr>
      </w:pPr>
      <w:proofErr w:type="gramStart"/>
      <w:r w:rsidRPr="007A792A">
        <w:rPr>
          <w:rFonts w:ascii="Times New Roman" w:eastAsia="Times New Roman" w:hAnsi="Times New Roman"/>
          <w:color w:val="000000"/>
          <w:sz w:val="24"/>
          <w:lang w:val="ru-RU"/>
        </w:rPr>
        <w:t>—  подведение</w:t>
      </w:r>
      <w:proofErr w:type="gramEnd"/>
      <w:r w:rsidRPr="007A792A">
        <w:rPr>
          <w:rFonts w:ascii="Times New Roman" w:eastAsia="Times New Roman" w:hAnsi="Times New Roman"/>
          <w:color w:val="000000"/>
          <w:sz w:val="24"/>
          <w:lang w:val="ru-RU"/>
        </w:rPr>
        <w:t xml:space="preserve"> обучающихся на доступном для них уровне к осознанию взаимосвязи математики и окружающего мира; </w:t>
      </w:r>
    </w:p>
    <w:p w:rsidR="00662447" w:rsidRPr="007A792A" w:rsidRDefault="007A792A">
      <w:pPr>
        <w:autoSpaceDE w:val="0"/>
        <w:autoSpaceDN w:val="0"/>
        <w:spacing w:before="190" w:after="0"/>
        <w:ind w:left="420" w:right="432"/>
        <w:rPr>
          <w:lang w:val="ru-RU"/>
        </w:rPr>
      </w:pPr>
      <w:r w:rsidRPr="007A792A">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662447" w:rsidRPr="007A792A" w:rsidRDefault="007A792A">
      <w:pPr>
        <w:autoSpaceDE w:val="0"/>
        <w:autoSpaceDN w:val="0"/>
        <w:spacing w:before="178" w:after="0"/>
        <w:ind w:right="432" w:firstLine="180"/>
        <w:rPr>
          <w:lang w:val="ru-RU"/>
        </w:rPr>
      </w:pPr>
      <w:r w:rsidRPr="007A792A">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662447" w:rsidRPr="007A792A" w:rsidRDefault="007A792A">
      <w:pPr>
        <w:autoSpaceDE w:val="0"/>
        <w:autoSpaceDN w:val="0"/>
        <w:spacing w:before="70" w:after="0" w:line="281" w:lineRule="auto"/>
        <w:ind w:right="144" w:firstLine="180"/>
        <w:rPr>
          <w:lang w:val="ru-RU"/>
        </w:rPr>
      </w:pPr>
      <w:r w:rsidRPr="007A792A">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7A792A">
        <w:rPr>
          <w:lang w:val="ru-RU"/>
        </w:rPr>
        <w:br/>
      </w:r>
      <w:r w:rsidRPr="007A792A">
        <w:rPr>
          <w:rFonts w:ascii="Times New Roman" w:eastAsia="Times New Roman" w:hAnsi="Times New Roman"/>
          <w:color w:val="000000"/>
          <w:sz w:val="24"/>
          <w:lang w:val="ru-RU"/>
        </w:rPr>
        <w:t xml:space="preserve">вычислений. </w:t>
      </w:r>
    </w:p>
    <w:p w:rsidR="00662447" w:rsidRPr="007A792A" w:rsidRDefault="007A792A">
      <w:pPr>
        <w:autoSpaceDE w:val="0"/>
        <w:autoSpaceDN w:val="0"/>
        <w:spacing w:before="72" w:after="0" w:line="286" w:lineRule="auto"/>
        <w:ind w:firstLine="180"/>
        <w:rPr>
          <w:lang w:val="ru-RU"/>
        </w:rPr>
      </w:pPr>
      <w:r w:rsidRPr="007A792A">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7A792A">
        <w:rPr>
          <w:lang w:val="ru-RU"/>
        </w:rPr>
        <w:br/>
      </w:r>
      <w:r w:rsidRPr="007A792A">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7A792A">
        <w:rPr>
          <w:lang w:val="ru-RU"/>
        </w:rPr>
        <w:br/>
      </w:r>
      <w:r w:rsidRPr="007A792A">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7A792A">
        <w:rPr>
          <w:lang w:val="ru-RU"/>
        </w:rPr>
        <w:br/>
      </w:r>
      <w:r w:rsidRPr="007A792A">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662447" w:rsidRPr="007A792A" w:rsidRDefault="007A792A">
      <w:pPr>
        <w:autoSpaceDE w:val="0"/>
        <w:autoSpaceDN w:val="0"/>
        <w:spacing w:before="70" w:after="0" w:line="281" w:lineRule="auto"/>
        <w:rPr>
          <w:lang w:val="ru-RU"/>
        </w:rPr>
      </w:pPr>
      <w:r w:rsidRPr="007A792A">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662447" w:rsidRPr="007A792A" w:rsidRDefault="00662447">
      <w:pPr>
        <w:rPr>
          <w:lang w:val="ru-RU"/>
        </w:rPr>
        <w:sectPr w:rsidR="00662447" w:rsidRPr="007A792A">
          <w:pgSz w:w="11900" w:h="16840"/>
          <w:pgMar w:top="286" w:right="666" w:bottom="342" w:left="666" w:header="720" w:footer="720" w:gutter="0"/>
          <w:cols w:space="720" w:equalWidth="0">
            <w:col w:w="10568" w:space="0"/>
          </w:cols>
          <w:docGrid w:linePitch="360"/>
        </w:sectPr>
      </w:pPr>
    </w:p>
    <w:p w:rsidR="00662447" w:rsidRPr="007A792A" w:rsidRDefault="00662447">
      <w:pPr>
        <w:autoSpaceDE w:val="0"/>
        <w:autoSpaceDN w:val="0"/>
        <w:spacing w:after="78" w:line="220" w:lineRule="exact"/>
        <w:rPr>
          <w:lang w:val="ru-RU"/>
        </w:rPr>
      </w:pPr>
    </w:p>
    <w:p w:rsidR="00662447" w:rsidRPr="007A792A" w:rsidRDefault="007A792A">
      <w:pPr>
        <w:autoSpaceDE w:val="0"/>
        <w:autoSpaceDN w:val="0"/>
        <w:spacing w:after="0" w:line="281" w:lineRule="auto"/>
        <w:ind w:firstLine="180"/>
        <w:rPr>
          <w:lang w:val="ru-RU"/>
        </w:rPr>
      </w:pPr>
      <w:r w:rsidRPr="007A792A">
        <w:rPr>
          <w:rFonts w:ascii="Times New Roman" w:eastAsia="Times New Roman" w:hAnsi="Times New Roman"/>
          <w:color w:val="000000"/>
          <w:sz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662447" w:rsidRPr="007A792A" w:rsidRDefault="007A792A">
      <w:pPr>
        <w:autoSpaceDE w:val="0"/>
        <w:autoSpaceDN w:val="0"/>
        <w:spacing w:before="70" w:after="0" w:line="286" w:lineRule="auto"/>
        <w:ind w:firstLine="180"/>
        <w:rPr>
          <w:lang w:val="ru-RU"/>
        </w:rPr>
      </w:pPr>
      <w:r w:rsidRPr="007A792A">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7A792A">
        <w:rPr>
          <w:lang w:val="ru-RU"/>
        </w:rPr>
        <w:br/>
      </w:r>
      <w:r w:rsidRPr="007A792A">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МЕСТО УЧЕБНОГО КУРСА В УЧЕБНОМ ПЛАНЕ</w:t>
      </w:r>
    </w:p>
    <w:p w:rsidR="00662447" w:rsidRPr="007A792A" w:rsidRDefault="007A792A">
      <w:pPr>
        <w:autoSpaceDE w:val="0"/>
        <w:autoSpaceDN w:val="0"/>
        <w:spacing w:before="166" w:after="0"/>
        <w:ind w:firstLine="180"/>
        <w:rPr>
          <w:lang w:val="ru-RU"/>
        </w:rPr>
      </w:pPr>
      <w:r w:rsidRPr="007A792A">
        <w:rPr>
          <w:rFonts w:ascii="Times New Roman" w:eastAsia="Times New Roman" w:hAnsi="Times New Roman"/>
          <w:color w:val="000000"/>
          <w:sz w:val="24"/>
          <w:lang w:val="ru-RU"/>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всего  170 учебных часов.</w:t>
      </w:r>
    </w:p>
    <w:p w:rsidR="00662447" w:rsidRPr="007A792A" w:rsidRDefault="00662447">
      <w:pPr>
        <w:rPr>
          <w:lang w:val="ru-RU"/>
        </w:rPr>
        <w:sectPr w:rsidR="00662447" w:rsidRPr="007A792A">
          <w:pgSz w:w="11900" w:h="16840"/>
          <w:pgMar w:top="298" w:right="796" w:bottom="1440" w:left="666" w:header="720" w:footer="720" w:gutter="0"/>
          <w:cols w:space="720" w:equalWidth="0">
            <w:col w:w="10438" w:space="0"/>
          </w:cols>
          <w:docGrid w:linePitch="360"/>
        </w:sectPr>
      </w:pPr>
    </w:p>
    <w:p w:rsidR="00662447" w:rsidRPr="007A792A" w:rsidRDefault="00662447">
      <w:pPr>
        <w:autoSpaceDE w:val="0"/>
        <w:autoSpaceDN w:val="0"/>
        <w:spacing w:after="216" w:line="220" w:lineRule="exact"/>
        <w:rPr>
          <w:lang w:val="ru-RU"/>
        </w:rPr>
      </w:pPr>
    </w:p>
    <w:p w:rsidR="00662447" w:rsidRPr="007A792A" w:rsidRDefault="007A792A">
      <w:pPr>
        <w:autoSpaceDE w:val="0"/>
        <w:autoSpaceDN w:val="0"/>
        <w:spacing w:after="0" w:line="230" w:lineRule="auto"/>
        <w:rPr>
          <w:lang w:val="ru-RU"/>
        </w:rPr>
      </w:pPr>
      <w:r w:rsidRPr="007A792A">
        <w:rPr>
          <w:rFonts w:ascii="Times New Roman" w:eastAsia="Times New Roman" w:hAnsi="Times New Roman"/>
          <w:b/>
          <w:color w:val="000000"/>
          <w:sz w:val="24"/>
          <w:lang w:val="ru-RU"/>
        </w:rPr>
        <w:t>СОДЕРЖАНИЕ УЧЕБНОГО КУРСА "МАТЕМАТИКА"</w:t>
      </w:r>
    </w:p>
    <w:p w:rsidR="00662447" w:rsidRPr="007A792A" w:rsidRDefault="007A792A">
      <w:pPr>
        <w:autoSpaceDE w:val="0"/>
        <w:autoSpaceDN w:val="0"/>
        <w:spacing w:before="346" w:after="0" w:line="230" w:lineRule="auto"/>
        <w:rPr>
          <w:lang w:val="ru-RU"/>
        </w:rPr>
      </w:pPr>
      <w:r w:rsidRPr="007A792A">
        <w:rPr>
          <w:rFonts w:ascii="Times New Roman" w:eastAsia="Times New Roman" w:hAnsi="Times New Roman"/>
          <w:b/>
          <w:color w:val="000000"/>
          <w:sz w:val="24"/>
          <w:lang w:val="ru-RU"/>
        </w:rPr>
        <w:t>Натуральные числа и нуль</w:t>
      </w:r>
    </w:p>
    <w:p w:rsidR="00662447" w:rsidRPr="007A792A" w:rsidRDefault="007A792A">
      <w:pPr>
        <w:autoSpaceDE w:val="0"/>
        <w:autoSpaceDN w:val="0"/>
        <w:spacing w:before="166" w:after="0" w:line="281" w:lineRule="auto"/>
        <w:ind w:firstLine="180"/>
        <w:rPr>
          <w:lang w:val="ru-RU"/>
        </w:rPr>
      </w:pPr>
      <w:r w:rsidRPr="007A792A">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662447" w:rsidRPr="007A792A" w:rsidRDefault="007A792A">
      <w:pPr>
        <w:autoSpaceDE w:val="0"/>
        <w:autoSpaceDN w:val="0"/>
        <w:spacing w:before="70" w:after="0" w:line="283" w:lineRule="auto"/>
        <w:ind w:right="144"/>
        <w:rPr>
          <w:lang w:val="ru-RU"/>
        </w:rPr>
      </w:pPr>
      <w:r w:rsidRPr="007A792A">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7A792A">
        <w:rPr>
          <w:lang w:val="ru-RU"/>
        </w:rPr>
        <w:br/>
      </w:r>
      <w:r w:rsidRPr="007A792A">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662447" w:rsidRPr="007A792A" w:rsidRDefault="007A792A">
      <w:pPr>
        <w:autoSpaceDE w:val="0"/>
        <w:autoSpaceDN w:val="0"/>
        <w:spacing w:before="70" w:after="0" w:line="230" w:lineRule="auto"/>
        <w:rPr>
          <w:lang w:val="ru-RU"/>
        </w:rPr>
      </w:pPr>
      <w:r w:rsidRPr="007A792A">
        <w:rPr>
          <w:rFonts w:ascii="Times New Roman" w:eastAsia="Times New Roman" w:hAnsi="Times New Roman"/>
          <w:color w:val="000000"/>
          <w:sz w:val="24"/>
          <w:lang w:val="ru-RU"/>
        </w:rPr>
        <w:t>Числовое выражение. Вычисление значений числовых выражений; порядок выполнения действий.</w:t>
      </w:r>
    </w:p>
    <w:p w:rsidR="00662447" w:rsidRPr="007A792A" w:rsidRDefault="007A792A">
      <w:pPr>
        <w:autoSpaceDE w:val="0"/>
        <w:autoSpaceDN w:val="0"/>
        <w:spacing w:before="70" w:after="0" w:line="262" w:lineRule="auto"/>
        <w:ind w:right="144"/>
        <w:rPr>
          <w:lang w:val="ru-RU"/>
        </w:rPr>
      </w:pPr>
      <w:r w:rsidRPr="007A792A">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Дроби</w:t>
      </w:r>
    </w:p>
    <w:p w:rsidR="00662447" w:rsidRPr="007A792A" w:rsidRDefault="007A792A">
      <w:pPr>
        <w:autoSpaceDE w:val="0"/>
        <w:autoSpaceDN w:val="0"/>
        <w:spacing w:before="166" w:after="0" w:line="286" w:lineRule="auto"/>
        <w:ind w:firstLine="180"/>
        <w:rPr>
          <w:lang w:val="ru-RU"/>
        </w:rPr>
      </w:pPr>
      <w:r w:rsidRPr="007A792A">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Решение текстовых задач</w:t>
      </w:r>
    </w:p>
    <w:p w:rsidR="00662447" w:rsidRPr="007A792A" w:rsidRDefault="007A792A">
      <w:pPr>
        <w:autoSpaceDE w:val="0"/>
        <w:autoSpaceDN w:val="0"/>
        <w:spacing w:before="168" w:after="0"/>
        <w:ind w:right="432" w:firstLine="180"/>
        <w:rPr>
          <w:lang w:val="ru-RU"/>
        </w:rPr>
      </w:pPr>
      <w:r w:rsidRPr="007A792A">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662447" w:rsidRPr="007A792A" w:rsidRDefault="007A792A">
      <w:pPr>
        <w:autoSpaceDE w:val="0"/>
        <w:autoSpaceDN w:val="0"/>
        <w:spacing w:before="70" w:after="0" w:line="262" w:lineRule="auto"/>
        <w:ind w:right="1296"/>
        <w:rPr>
          <w:lang w:val="ru-RU"/>
        </w:rPr>
      </w:pPr>
      <w:r w:rsidRPr="007A792A">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Наглядная геометрия</w:t>
      </w:r>
    </w:p>
    <w:p w:rsidR="00662447" w:rsidRPr="007A792A" w:rsidRDefault="007A792A">
      <w:pPr>
        <w:autoSpaceDE w:val="0"/>
        <w:autoSpaceDN w:val="0"/>
        <w:spacing w:before="166" w:after="0" w:line="283" w:lineRule="auto"/>
        <w:ind w:right="144" w:firstLine="180"/>
        <w:rPr>
          <w:lang w:val="ru-RU"/>
        </w:rPr>
      </w:pPr>
      <w:r w:rsidRPr="007A792A">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662447" w:rsidRPr="007A792A" w:rsidRDefault="00662447">
      <w:pPr>
        <w:rPr>
          <w:lang w:val="ru-RU"/>
        </w:rPr>
        <w:sectPr w:rsidR="00662447" w:rsidRPr="007A792A">
          <w:pgSz w:w="11900" w:h="16840"/>
          <w:pgMar w:top="436" w:right="622" w:bottom="342" w:left="666" w:header="720" w:footer="720" w:gutter="0"/>
          <w:cols w:space="720" w:equalWidth="0">
            <w:col w:w="10612" w:space="0"/>
          </w:cols>
          <w:docGrid w:linePitch="360"/>
        </w:sectPr>
      </w:pPr>
    </w:p>
    <w:p w:rsidR="00662447" w:rsidRPr="007A792A" w:rsidRDefault="00662447">
      <w:pPr>
        <w:autoSpaceDE w:val="0"/>
        <w:autoSpaceDN w:val="0"/>
        <w:spacing w:after="66" w:line="220" w:lineRule="exact"/>
        <w:rPr>
          <w:lang w:val="ru-RU"/>
        </w:rPr>
      </w:pPr>
    </w:p>
    <w:p w:rsidR="00662447" w:rsidRPr="007A792A" w:rsidRDefault="007A792A">
      <w:pPr>
        <w:autoSpaceDE w:val="0"/>
        <w:autoSpaceDN w:val="0"/>
        <w:spacing w:after="0" w:line="281" w:lineRule="auto"/>
        <w:rPr>
          <w:lang w:val="ru-RU"/>
        </w:rPr>
      </w:pPr>
      <w:r w:rsidRPr="007A792A">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662447" w:rsidRPr="007A792A" w:rsidRDefault="00662447">
      <w:pPr>
        <w:rPr>
          <w:lang w:val="ru-RU"/>
        </w:rPr>
        <w:sectPr w:rsidR="00662447" w:rsidRPr="007A792A">
          <w:pgSz w:w="11900" w:h="16840"/>
          <w:pgMar w:top="286" w:right="814" w:bottom="1440" w:left="666" w:header="720" w:footer="720" w:gutter="0"/>
          <w:cols w:space="720" w:equalWidth="0">
            <w:col w:w="10420" w:space="0"/>
          </w:cols>
          <w:docGrid w:linePitch="360"/>
        </w:sectPr>
      </w:pPr>
    </w:p>
    <w:p w:rsidR="00662447" w:rsidRPr="007A792A" w:rsidRDefault="00662447">
      <w:pPr>
        <w:autoSpaceDE w:val="0"/>
        <w:autoSpaceDN w:val="0"/>
        <w:spacing w:after="78" w:line="220" w:lineRule="exact"/>
        <w:rPr>
          <w:lang w:val="ru-RU"/>
        </w:rPr>
      </w:pPr>
    </w:p>
    <w:p w:rsidR="00662447" w:rsidRPr="007A792A" w:rsidRDefault="007A792A">
      <w:pPr>
        <w:autoSpaceDE w:val="0"/>
        <w:autoSpaceDN w:val="0"/>
        <w:spacing w:after="0" w:line="230" w:lineRule="auto"/>
        <w:rPr>
          <w:lang w:val="ru-RU"/>
        </w:rPr>
      </w:pPr>
      <w:r w:rsidRPr="007A792A">
        <w:rPr>
          <w:rFonts w:ascii="Times New Roman" w:eastAsia="Times New Roman" w:hAnsi="Times New Roman"/>
          <w:b/>
          <w:color w:val="000000"/>
          <w:sz w:val="24"/>
          <w:lang w:val="ru-RU"/>
        </w:rPr>
        <w:t xml:space="preserve">ПЛАНИРУЕМЫЕ ОБРАЗОВАТЕЛЬНЫЕ РЕЗУЛЬТАТЫ </w:t>
      </w:r>
    </w:p>
    <w:p w:rsidR="00662447" w:rsidRPr="007A792A" w:rsidRDefault="007A792A">
      <w:pPr>
        <w:autoSpaceDE w:val="0"/>
        <w:autoSpaceDN w:val="0"/>
        <w:spacing w:before="346" w:after="0" w:line="230" w:lineRule="auto"/>
        <w:rPr>
          <w:lang w:val="ru-RU"/>
        </w:rPr>
      </w:pPr>
      <w:r w:rsidRPr="007A792A">
        <w:rPr>
          <w:rFonts w:ascii="Times New Roman" w:eastAsia="Times New Roman" w:hAnsi="Times New Roman"/>
          <w:b/>
          <w:color w:val="000000"/>
          <w:sz w:val="24"/>
          <w:lang w:val="ru-RU"/>
        </w:rPr>
        <w:t>ЛИЧНОСТНЫЕ РЕЗУЛЬТАТЫ</w:t>
      </w:r>
    </w:p>
    <w:p w:rsidR="00662447" w:rsidRPr="007A792A" w:rsidRDefault="007A792A">
      <w:pPr>
        <w:tabs>
          <w:tab w:val="left" w:pos="180"/>
        </w:tabs>
        <w:autoSpaceDE w:val="0"/>
        <w:autoSpaceDN w:val="0"/>
        <w:spacing w:before="166" w:after="0" w:line="281" w:lineRule="auto"/>
        <w:rPr>
          <w:lang w:val="ru-RU"/>
        </w:rPr>
      </w:pPr>
      <w:r w:rsidRPr="007A792A">
        <w:rPr>
          <w:lang w:val="ru-RU"/>
        </w:rPr>
        <w:tab/>
      </w:r>
      <w:r w:rsidRPr="007A792A">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7A792A">
        <w:rPr>
          <w:lang w:val="ru-RU"/>
        </w:rPr>
        <w:tab/>
      </w:r>
      <w:r w:rsidRPr="007A792A">
        <w:rPr>
          <w:rFonts w:ascii="Times New Roman" w:eastAsia="Times New Roman" w:hAnsi="Times New Roman"/>
          <w:b/>
          <w:color w:val="000000"/>
          <w:sz w:val="24"/>
          <w:lang w:val="ru-RU"/>
        </w:rPr>
        <w:t xml:space="preserve">Патриотическое воспитание: </w:t>
      </w:r>
      <w:r w:rsidRPr="007A792A">
        <w:rPr>
          <w:lang w:val="ru-RU"/>
        </w:rPr>
        <w:br/>
      </w:r>
      <w:r w:rsidRPr="007A792A">
        <w:rPr>
          <w:lang w:val="ru-RU"/>
        </w:rPr>
        <w:tab/>
      </w:r>
      <w:r w:rsidRPr="007A792A">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62447" w:rsidRPr="007A792A" w:rsidRDefault="007A792A">
      <w:pPr>
        <w:tabs>
          <w:tab w:val="left" w:pos="180"/>
        </w:tabs>
        <w:autoSpaceDE w:val="0"/>
        <w:autoSpaceDN w:val="0"/>
        <w:spacing w:before="70" w:after="0" w:line="283" w:lineRule="auto"/>
        <w:ind w:right="288"/>
        <w:rPr>
          <w:lang w:val="ru-RU"/>
        </w:rPr>
      </w:pPr>
      <w:r w:rsidRPr="007A792A">
        <w:rPr>
          <w:lang w:val="ru-RU"/>
        </w:rPr>
        <w:tab/>
      </w:r>
      <w:r w:rsidRPr="007A792A">
        <w:rPr>
          <w:rFonts w:ascii="Times New Roman" w:eastAsia="Times New Roman" w:hAnsi="Times New Roman"/>
          <w:b/>
          <w:color w:val="000000"/>
          <w:sz w:val="24"/>
          <w:lang w:val="ru-RU"/>
        </w:rPr>
        <w:t xml:space="preserve">Гражданское и духовно-нравственное воспитание: </w:t>
      </w:r>
      <w:r w:rsidRPr="007A792A">
        <w:rPr>
          <w:lang w:val="ru-RU"/>
        </w:rPr>
        <w:br/>
      </w:r>
      <w:r w:rsidRPr="007A792A">
        <w:rPr>
          <w:lang w:val="ru-RU"/>
        </w:rPr>
        <w:tab/>
      </w:r>
      <w:r w:rsidRPr="007A792A">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7A792A">
        <w:rPr>
          <w:lang w:val="ru-RU"/>
        </w:rPr>
        <w:br/>
      </w:r>
      <w:r w:rsidRPr="007A792A">
        <w:rPr>
          <w:lang w:val="ru-RU"/>
        </w:rPr>
        <w:tab/>
      </w:r>
      <w:r w:rsidRPr="007A792A">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62447" w:rsidRPr="007A792A" w:rsidRDefault="007A792A">
      <w:pPr>
        <w:tabs>
          <w:tab w:val="left" w:pos="180"/>
        </w:tabs>
        <w:autoSpaceDE w:val="0"/>
        <w:autoSpaceDN w:val="0"/>
        <w:spacing w:before="70" w:after="0" w:line="281" w:lineRule="auto"/>
        <w:ind w:right="288"/>
        <w:rPr>
          <w:lang w:val="ru-RU"/>
        </w:rPr>
      </w:pPr>
      <w:r w:rsidRPr="007A792A">
        <w:rPr>
          <w:lang w:val="ru-RU"/>
        </w:rPr>
        <w:tab/>
      </w:r>
      <w:r w:rsidRPr="007A792A">
        <w:rPr>
          <w:rFonts w:ascii="Times New Roman" w:eastAsia="Times New Roman" w:hAnsi="Times New Roman"/>
          <w:b/>
          <w:color w:val="000000"/>
          <w:sz w:val="24"/>
          <w:lang w:val="ru-RU"/>
        </w:rPr>
        <w:t xml:space="preserve">Трудовое воспитание: </w:t>
      </w:r>
      <w:r w:rsidRPr="007A792A">
        <w:rPr>
          <w:lang w:val="ru-RU"/>
        </w:rPr>
        <w:br/>
      </w:r>
      <w:r w:rsidRPr="007A792A">
        <w:rPr>
          <w:lang w:val="ru-RU"/>
        </w:rPr>
        <w:tab/>
      </w:r>
      <w:r w:rsidRPr="007A792A">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62447" w:rsidRPr="007A792A" w:rsidRDefault="007A792A">
      <w:pPr>
        <w:tabs>
          <w:tab w:val="left" w:pos="180"/>
        </w:tabs>
        <w:autoSpaceDE w:val="0"/>
        <w:autoSpaceDN w:val="0"/>
        <w:spacing w:before="70" w:after="0" w:line="271" w:lineRule="auto"/>
        <w:ind w:right="432"/>
        <w:rPr>
          <w:lang w:val="ru-RU"/>
        </w:rPr>
      </w:pPr>
      <w:r w:rsidRPr="007A792A">
        <w:rPr>
          <w:lang w:val="ru-RU"/>
        </w:rPr>
        <w:tab/>
      </w:r>
      <w:r w:rsidRPr="007A792A">
        <w:rPr>
          <w:rFonts w:ascii="Times New Roman" w:eastAsia="Times New Roman" w:hAnsi="Times New Roman"/>
          <w:b/>
          <w:color w:val="000000"/>
          <w:sz w:val="24"/>
          <w:lang w:val="ru-RU"/>
        </w:rPr>
        <w:t>Эстетическое воспитание</w:t>
      </w:r>
      <w:r w:rsidRPr="007A792A">
        <w:rPr>
          <w:rFonts w:ascii="Times New Roman" w:eastAsia="Times New Roman" w:hAnsi="Times New Roman"/>
          <w:color w:val="000000"/>
          <w:sz w:val="24"/>
          <w:lang w:val="ru-RU"/>
        </w:rPr>
        <w:t xml:space="preserve">: </w:t>
      </w:r>
      <w:r w:rsidRPr="007A792A">
        <w:rPr>
          <w:lang w:val="ru-RU"/>
        </w:rPr>
        <w:br/>
      </w:r>
      <w:r w:rsidRPr="007A792A">
        <w:rPr>
          <w:lang w:val="ru-RU"/>
        </w:rPr>
        <w:tab/>
      </w:r>
      <w:r w:rsidRPr="007A792A">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62447" w:rsidRPr="007A792A" w:rsidRDefault="007A792A">
      <w:pPr>
        <w:tabs>
          <w:tab w:val="left" w:pos="180"/>
        </w:tabs>
        <w:autoSpaceDE w:val="0"/>
        <w:autoSpaceDN w:val="0"/>
        <w:spacing w:before="70" w:after="0" w:line="281" w:lineRule="auto"/>
        <w:ind w:right="432"/>
        <w:rPr>
          <w:lang w:val="ru-RU"/>
        </w:rPr>
      </w:pPr>
      <w:r w:rsidRPr="007A792A">
        <w:rPr>
          <w:lang w:val="ru-RU"/>
        </w:rPr>
        <w:tab/>
      </w:r>
      <w:r w:rsidRPr="007A792A">
        <w:rPr>
          <w:rFonts w:ascii="Times New Roman" w:eastAsia="Times New Roman" w:hAnsi="Times New Roman"/>
          <w:b/>
          <w:color w:val="000000"/>
          <w:sz w:val="24"/>
          <w:lang w:val="ru-RU"/>
        </w:rPr>
        <w:t xml:space="preserve">Ценности научного познания: </w:t>
      </w:r>
      <w:r w:rsidRPr="007A792A">
        <w:rPr>
          <w:lang w:val="ru-RU"/>
        </w:rPr>
        <w:br/>
      </w:r>
      <w:r w:rsidRPr="007A792A">
        <w:rPr>
          <w:lang w:val="ru-RU"/>
        </w:rPr>
        <w:tab/>
      </w:r>
      <w:r w:rsidRPr="007A792A">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62447" w:rsidRPr="007A792A" w:rsidRDefault="007A792A">
      <w:pPr>
        <w:tabs>
          <w:tab w:val="left" w:pos="180"/>
        </w:tabs>
        <w:autoSpaceDE w:val="0"/>
        <w:autoSpaceDN w:val="0"/>
        <w:spacing w:before="70" w:after="0" w:line="281" w:lineRule="auto"/>
        <w:rPr>
          <w:lang w:val="ru-RU"/>
        </w:rPr>
      </w:pPr>
      <w:r w:rsidRPr="007A792A">
        <w:rPr>
          <w:lang w:val="ru-RU"/>
        </w:rPr>
        <w:tab/>
      </w:r>
      <w:r w:rsidRPr="007A792A">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7A792A">
        <w:rPr>
          <w:lang w:val="ru-RU"/>
        </w:rPr>
        <w:tab/>
      </w:r>
      <w:r w:rsidRPr="007A792A">
        <w:rPr>
          <w:rFonts w:ascii="Times New Roman" w:eastAsia="Times New Roman" w:hAnsi="Times New Roman"/>
          <w:color w:val="000000"/>
          <w:sz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7A792A">
        <w:rPr>
          <w:rFonts w:ascii="Times New Roman" w:eastAsia="Times New Roman" w:hAnsi="Times New Roman"/>
          <w:color w:val="000000"/>
          <w:sz w:val="24"/>
          <w:lang w:val="ru-RU"/>
        </w:rPr>
        <w:t>сформированностью</w:t>
      </w:r>
      <w:proofErr w:type="spellEnd"/>
      <w:r w:rsidRPr="007A792A">
        <w:rPr>
          <w:rFonts w:ascii="Times New Roman" w:eastAsia="Times New Roman" w:hAnsi="Times New Roman"/>
          <w:color w:val="000000"/>
          <w:sz w:val="24"/>
          <w:lang w:val="ru-RU"/>
        </w:rPr>
        <w:t xml:space="preserve"> навыка рефлексии, признанием своего права на ошибку и такого же права другого человека.</w:t>
      </w:r>
    </w:p>
    <w:p w:rsidR="00662447" w:rsidRPr="007A792A" w:rsidRDefault="007A792A">
      <w:pPr>
        <w:tabs>
          <w:tab w:val="left" w:pos="180"/>
        </w:tabs>
        <w:autoSpaceDE w:val="0"/>
        <w:autoSpaceDN w:val="0"/>
        <w:spacing w:before="70" w:after="0"/>
        <w:ind w:right="144"/>
        <w:rPr>
          <w:lang w:val="ru-RU"/>
        </w:rPr>
      </w:pPr>
      <w:r w:rsidRPr="007A792A">
        <w:rPr>
          <w:lang w:val="ru-RU"/>
        </w:rPr>
        <w:tab/>
      </w:r>
      <w:r w:rsidRPr="007A792A">
        <w:rPr>
          <w:rFonts w:ascii="Times New Roman" w:eastAsia="Times New Roman" w:hAnsi="Times New Roman"/>
          <w:b/>
          <w:color w:val="000000"/>
          <w:sz w:val="24"/>
          <w:lang w:val="ru-RU"/>
        </w:rPr>
        <w:t xml:space="preserve">Экологическое воспитание: </w:t>
      </w:r>
      <w:r w:rsidRPr="007A792A">
        <w:rPr>
          <w:lang w:val="ru-RU"/>
        </w:rPr>
        <w:br/>
      </w:r>
      <w:r w:rsidRPr="007A792A">
        <w:rPr>
          <w:lang w:val="ru-RU"/>
        </w:rPr>
        <w:tab/>
      </w:r>
      <w:r w:rsidRPr="007A792A">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62447" w:rsidRPr="007A792A" w:rsidRDefault="007A792A">
      <w:pPr>
        <w:tabs>
          <w:tab w:val="left" w:pos="180"/>
        </w:tabs>
        <w:autoSpaceDE w:val="0"/>
        <w:autoSpaceDN w:val="0"/>
        <w:spacing w:before="70" w:after="0" w:line="286" w:lineRule="auto"/>
        <w:ind w:right="144"/>
        <w:rPr>
          <w:lang w:val="ru-RU"/>
        </w:rPr>
      </w:pPr>
      <w:r w:rsidRPr="007A792A">
        <w:rPr>
          <w:lang w:val="ru-RU"/>
        </w:rPr>
        <w:tab/>
      </w:r>
      <w:r w:rsidRPr="007A792A">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7A792A">
        <w:rPr>
          <w:lang w:val="ru-RU"/>
        </w:rPr>
        <w:br/>
      </w:r>
      <w:r w:rsidRPr="007A792A">
        <w:rPr>
          <w:lang w:val="ru-RU"/>
        </w:rPr>
        <w:tab/>
      </w:r>
      <w:r w:rsidRPr="007A792A">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7A792A">
        <w:rPr>
          <w:lang w:val="ru-RU"/>
        </w:rPr>
        <w:br/>
      </w:r>
      <w:r w:rsidRPr="007A792A">
        <w:rPr>
          <w:lang w:val="ru-RU"/>
        </w:rPr>
        <w:tab/>
      </w:r>
      <w:r w:rsidRPr="007A792A">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62447" w:rsidRPr="007A792A" w:rsidRDefault="00662447">
      <w:pPr>
        <w:rPr>
          <w:lang w:val="ru-RU"/>
        </w:rPr>
        <w:sectPr w:rsidR="00662447" w:rsidRPr="007A792A">
          <w:pgSz w:w="11900" w:h="16840"/>
          <w:pgMar w:top="298" w:right="650" w:bottom="410" w:left="666" w:header="720" w:footer="720" w:gutter="0"/>
          <w:cols w:space="720" w:equalWidth="0">
            <w:col w:w="10584" w:space="0"/>
          </w:cols>
          <w:docGrid w:linePitch="360"/>
        </w:sectPr>
      </w:pPr>
    </w:p>
    <w:p w:rsidR="00662447" w:rsidRPr="007A792A" w:rsidRDefault="00662447">
      <w:pPr>
        <w:autoSpaceDE w:val="0"/>
        <w:autoSpaceDN w:val="0"/>
        <w:spacing w:after="78" w:line="220" w:lineRule="exact"/>
        <w:rPr>
          <w:lang w:val="ru-RU"/>
        </w:rPr>
      </w:pPr>
    </w:p>
    <w:p w:rsidR="00662447" w:rsidRPr="007A792A" w:rsidRDefault="007A792A">
      <w:pPr>
        <w:autoSpaceDE w:val="0"/>
        <w:autoSpaceDN w:val="0"/>
        <w:spacing w:after="0" w:line="271" w:lineRule="auto"/>
        <w:ind w:firstLine="180"/>
        <w:rPr>
          <w:lang w:val="ru-RU"/>
        </w:rPr>
      </w:pPr>
      <w:r w:rsidRPr="007A792A">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МЕТАПРЕДМЕТНЫЕ РЕЗУЛЬТАТЫ</w:t>
      </w:r>
    </w:p>
    <w:p w:rsidR="00662447" w:rsidRPr="007A792A" w:rsidRDefault="007A792A">
      <w:pPr>
        <w:autoSpaceDE w:val="0"/>
        <w:autoSpaceDN w:val="0"/>
        <w:spacing w:before="166" w:after="0" w:line="271" w:lineRule="auto"/>
        <w:ind w:right="720" w:firstLine="180"/>
        <w:rPr>
          <w:lang w:val="ru-RU"/>
        </w:rPr>
      </w:pPr>
      <w:proofErr w:type="spellStart"/>
      <w:r w:rsidRPr="007A792A">
        <w:rPr>
          <w:rFonts w:ascii="Times New Roman" w:eastAsia="Times New Roman" w:hAnsi="Times New Roman"/>
          <w:color w:val="000000"/>
          <w:sz w:val="24"/>
          <w:lang w:val="ru-RU"/>
        </w:rPr>
        <w:t>Метапредметные</w:t>
      </w:r>
      <w:proofErr w:type="spellEnd"/>
      <w:r w:rsidRPr="007A792A">
        <w:rPr>
          <w:rFonts w:ascii="Times New Roman" w:eastAsia="Times New Roman" w:hAnsi="Times New Roman"/>
          <w:color w:val="000000"/>
          <w:sz w:val="24"/>
          <w:lang w:val="ru-RU"/>
        </w:rPr>
        <w:t xml:space="preserve"> результаты освоения программы учебного предмета «</w:t>
      </w:r>
      <w:proofErr w:type="spellStart"/>
      <w:proofErr w:type="gramStart"/>
      <w:r w:rsidRPr="007A792A">
        <w:rPr>
          <w:rFonts w:ascii="Times New Roman" w:eastAsia="Times New Roman" w:hAnsi="Times New Roman"/>
          <w:color w:val="000000"/>
          <w:sz w:val="24"/>
          <w:lang w:val="ru-RU"/>
        </w:rPr>
        <w:t>Математика»характеризуются</w:t>
      </w:r>
      <w:proofErr w:type="spellEnd"/>
      <w:proofErr w:type="gramEnd"/>
      <w:r w:rsidRPr="007A792A">
        <w:rPr>
          <w:rFonts w:ascii="Times New Roman" w:eastAsia="Times New Roman" w:hAnsi="Times New Roman"/>
          <w:color w:val="000000"/>
          <w:sz w:val="24"/>
          <w:lang w:val="ru-RU"/>
        </w:rPr>
        <w:t xml:space="preserve"> овладением </w:t>
      </w:r>
      <w:r w:rsidRPr="007A792A">
        <w:rPr>
          <w:rFonts w:ascii="Times New Roman" w:eastAsia="Times New Roman" w:hAnsi="Times New Roman"/>
          <w:i/>
          <w:color w:val="000000"/>
          <w:sz w:val="24"/>
          <w:lang w:val="ru-RU"/>
        </w:rPr>
        <w:t xml:space="preserve">универсальными </w:t>
      </w:r>
      <w:r w:rsidRPr="007A792A">
        <w:rPr>
          <w:rFonts w:ascii="Times New Roman" w:eastAsia="Times New Roman" w:hAnsi="Times New Roman"/>
          <w:b/>
          <w:i/>
          <w:color w:val="000000"/>
          <w:sz w:val="24"/>
          <w:lang w:val="ru-RU"/>
        </w:rPr>
        <w:t xml:space="preserve">познавательными </w:t>
      </w:r>
      <w:r w:rsidRPr="007A792A">
        <w:rPr>
          <w:rFonts w:ascii="Times New Roman" w:eastAsia="Times New Roman" w:hAnsi="Times New Roman"/>
          <w:i/>
          <w:color w:val="000000"/>
          <w:sz w:val="24"/>
          <w:lang w:val="ru-RU"/>
        </w:rPr>
        <w:t xml:space="preserve">действиями, универсальными </w:t>
      </w:r>
      <w:r w:rsidRPr="007A792A">
        <w:rPr>
          <w:rFonts w:ascii="Times New Roman" w:eastAsia="Times New Roman" w:hAnsi="Times New Roman"/>
          <w:b/>
          <w:i/>
          <w:color w:val="000000"/>
          <w:sz w:val="24"/>
          <w:lang w:val="ru-RU"/>
        </w:rPr>
        <w:t xml:space="preserve">коммуникативными </w:t>
      </w:r>
      <w:r w:rsidRPr="007A792A">
        <w:rPr>
          <w:rFonts w:ascii="Times New Roman" w:eastAsia="Times New Roman" w:hAnsi="Times New Roman"/>
          <w:i/>
          <w:color w:val="000000"/>
          <w:sz w:val="24"/>
          <w:lang w:val="ru-RU"/>
        </w:rPr>
        <w:t xml:space="preserve">действиями и универсальными </w:t>
      </w:r>
      <w:r w:rsidRPr="007A792A">
        <w:rPr>
          <w:rFonts w:ascii="Times New Roman" w:eastAsia="Times New Roman" w:hAnsi="Times New Roman"/>
          <w:b/>
          <w:i/>
          <w:color w:val="000000"/>
          <w:sz w:val="24"/>
          <w:lang w:val="ru-RU"/>
        </w:rPr>
        <w:t xml:space="preserve">регулятивными </w:t>
      </w:r>
      <w:r w:rsidRPr="007A792A">
        <w:rPr>
          <w:rFonts w:ascii="Times New Roman" w:eastAsia="Times New Roman" w:hAnsi="Times New Roman"/>
          <w:i/>
          <w:color w:val="000000"/>
          <w:sz w:val="24"/>
          <w:lang w:val="ru-RU"/>
        </w:rPr>
        <w:t>действиями.</w:t>
      </w:r>
    </w:p>
    <w:p w:rsidR="00662447" w:rsidRPr="007A792A" w:rsidRDefault="007A792A">
      <w:pPr>
        <w:autoSpaceDE w:val="0"/>
        <w:autoSpaceDN w:val="0"/>
        <w:spacing w:before="190" w:after="0" w:line="271" w:lineRule="auto"/>
        <w:ind w:right="288" w:firstLine="180"/>
        <w:rPr>
          <w:lang w:val="ru-RU"/>
        </w:rPr>
      </w:pPr>
      <w:r w:rsidRPr="007A792A">
        <w:rPr>
          <w:rFonts w:ascii="Times New Roman" w:eastAsia="Times New Roman" w:hAnsi="Times New Roman"/>
          <w:i/>
          <w:color w:val="000000"/>
          <w:sz w:val="24"/>
          <w:lang w:val="ru-RU"/>
        </w:rPr>
        <w:t xml:space="preserve">1) Универсальные </w:t>
      </w:r>
      <w:r w:rsidRPr="007A792A">
        <w:rPr>
          <w:rFonts w:ascii="Times New Roman" w:eastAsia="Times New Roman" w:hAnsi="Times New Roman"/>
          <w:b/>
          <w:i/>
          <w:color w:val="000000"/>
          <w:sz w:val="24"/>
          <w:lang w:val="ru-RU"/>
        </w:rPr>
        <w:t xml:space="preserve">познавательные </w:t>
      </w:r>
      <w:r w:rsidRPr="007A792A">
        <w:rPr>
          <w:rFonts w:ascii="Times New Roman" w:eastAsia="Times New Roman" w:hAnsi="Times New Roman"/>
          <w:i/>
          <w:color w:val="000000"/>
          <w:sz w:val="24"/>
          <w:lang w:val="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662447" w:rsidRPr="007A792A" w:rsidRDefault="007A792A">
      <w:pPr>
        <w:autoSpaceDE w:val="0"/>
        <w:autoSpaceDN w:val="0"/>
        <w:spacing w:before="192" w:after="0" w:line="230" w:lineRule="auto"/>
        <w:ind w:left="180"/>
        <w:rPr>
          <w:lang w:val="ru-RU"/>
        </w:rPr>
      </w:pPr>
      <w:r w:rsidRPr="007A792A">
        <w:rPr>
          <w:rFonts w:ascii="Times New Roman" w:eastAsia="Times New Roman" w:hAnsi="Times New Roman"/>
          <w:b/>
          <w:color w:val="000000"/>
          <w:sz w:val="24"/>
          <w:lang w:val="ru-RU"/>
        </w:rPr>
        <w:t>Базовые логические действия:</w:t>
      </w:r>
    </w:p>
    <w:p w:rsidR="00662447" w:rsidRPr="007A792A" w:rsidRDefault="007A792A">
      <w:pPr>
        <w:autoSpaceDE w:val="0"/>
        <w:autoSpaceDN w:val="0"/>
        <w:spacing w:before="178" w:after="0" w:line="262" w:lineRule="auto"/>
        <w:ind w:left="420" w:right="576"/>
        <w:rPr>
          <w:lang w:val="ru-RU"/>
        </w:rPr>
      </w:pPr>
      <w:r w:rsidRPr="007A792A">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662447" w:rsidRPr="007A792A" w:rsidRDefault="007A792A">
      <w:pPr>
        <w:autoSpaceDE w:val="0"/>
        <w:autoSpaceDN w:val="0"/>
        <w:spacing w:before="190" w:after="0" w:line="262" w:lineRule="auto"/>
        <w:ind w:left="420" w:right="144"/>
        <w:rPr>
          <w:lang w:val="ru-RU"/>
        </w:rPr>
      </w:pPr>
      <w:r w:rsidRPr="007A792A">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662447" w:rsidRPr="007A792A" w:rsidRDefault="007A792A">
      <w:pPr>
        <w:autoSpaceDE w:val="0"/>
        <w:autoSpaceDN w:val="0"/>
        <w:spacing w:before="190" w:after="0" w:line="262" w:lineRule="auto"/>
        <w:ind w:left="420" w:right="1584"/>
        <w:rPr>
          <w:lang w:val="ru-RU"/>
        </w:rPr>
      </w:pPr>
      <w:r w:rsidRPr="007A792A">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662447" w:rsidRPr="007A792A" w:rsidRDefault="007A792A">
      <w:pPr>
        <w:autoSpaceDE w:val="0"/>
        <w:autoSpaceDN w:val="0"/>
        <w:spacing w:before="190" w:after="0" w:line="262" w:lineRule="auto"/>
        <w:ind w:left="420" w:right="144"/>
        <w:rPr>
          <w:lang w:val="ru-RU"/>
        </w:rPr>
      </w:pPr>
      <w:r w:rsidRPr="007A792A">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662447" w:rsidRPr="007A792A" w:rsidRDefault="007A792A">
      <w:pPr>
        <w:autoSpaceDE w:val="0"/>
        <w:autoSpaceDN w:val="0"/>
        <w:spacing w:before="190" w:after="0" w:line="230" w:lineRule="auto"/>
        <w:ind w:left="420"/>
        <w:rPr>
          <w:lang w:val="ru-RU"/>
        </w:rPr>
      </w:pPr>
      <w:r w:rsidRPr="007A792A">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662447" w:rsidRPr="007A792A" w:rsidRDefault="007A792A">
      <w:pPr>
        <w:autoSpaceDE w:val="0"/>
        <w:autoSpaceDN w:val="0"/>
        <w:spacing w:before="190" w:after="0" w:line="262" w:lineRule="auto"/>
        <w:ind w:left="420" w:right="1584"/>
        <w:rPr>
          <w:lang w:val="ru-RU"/>
        </w:rPr>
      </w:pPr>
      <w:r w:rsidRPr="007A792A">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662447" w:rsidRPr="007A792A" w:rsidRDefault="007A792A">
      <w:pPr>
        <w:autoSpaceDE w:val="0"/>
        <w:autoSpaceDN w:val="0"/>
        <w:spacing w:before="190" w:after="0" w:line="271" w:lineRule="auto"/>
        <w:ind w:left="420" w:right="144"/>
        <w:rPr>
          <w:lang w:val="ru-RU"/>
        </w:rPr>
      </w:pPr>
      <w:r w:rsidRPr="007A792A">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7A792A">
        <w:rPr>
          <w:rFonts w:ascii="Times New Roman" w:eastAsia="Times New Roman" w:hAnsi="Times New Roman"/>
          <w:color w:val="000000"/>
          <w:sz w:val="24"/>
          <w:lang w:val="ru-RU"/>
        </w:rPr>
        <w:t>контрпримеры</w:t>
      </w:r>
      <w:proofErr w:type="spellEnd"/>
      <w:r w:rsidRPr="007A792A">
        <w:rPr>
          <w:rFonts w:ascii="Times New Roman" w:eastAsia="Times New Roman" w:hAnsi="Times New Roman"/>
          <w:color w:val="000000"/>
          <w:sz w:val="24"/>
          <w:lang w:val="ru-RU"/>
        </w:rPr>
        <w:t xml:space="preserve">; </w:t>
      </w:r>
    </w:p>
    <w:p w:rsidR="00662447" w:rsidRPr="007A792A" w:rsidRDefault="007A792A">
      <w:pPr>
        <w:autoSpaceDE w:val="0"/>
        <w:autoSpaceDN w:val="0"/>
        <w:spacing w:before="190" w:after="0" w:line="271" w:lineRule="auto"/>
        <w:ind w:left="420" w:right="1152"/>
        <w:rPr>
          <w:lang w:val="ru-RU"/>
        </w:rPr>
      </w:pPr>
      <w:r w:rsidRPr="007A792A">
        <w:rPr>
          <w:rFonts w:ascii="Times New Roman" w:eastAsia="Times New Roman" w:hAnsi="Times New Roman"/>
          <w:color w:val="000000"/>
          <w:sz w:val="24"/>
          <w:lang w:val="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2447" w:rsidRPr="007A792A" w:rsidRDefault="007A792A">
      <w:pPr>
        <w:autoSpaceDE w:val="0"/>
        <w:autoSpaceDN w:val="0"/>
        <w:spacing w:before="180" w:after="0" w:line="230" w:lineRule="auto"/>
        <w:ind w:left="180"/>
        <w:rPr>
          <w:lang w:val="ru-RU"/>
        </w:rPr>
      </w:pPr>
      <w:r w:rsidRPr="007A792A">
        <w:rPr>
          <w:rFonts w:ascii="Times New Roman" w:eastAsia="Times New Roman" w:hAnsi="Times New Roman"/>
          <w:b/>
          <w:color w:val="000000"/>
          <w:sz w:val="24"/>
          <w:lang w:val="ru-RU"/>
        </w:rPr>
        <w:t>Базовые исследовательские действия:</w:t>
      </w:r>
    </w:p>
    <w:p w:rsidR="00662447" w:rsidRPr="007A792A" w:rsidRDefault="007A792A">
      <w:pPr>
        <w:autoSpaceDE w:val="0"/>
        <w:autoSpaceDN w:val="0"/>
        <w:spacing w:before="178" w:after="0" w:line="230" w:lineRule="auto"/>
        <w:ind w:left="420"/>
        <w:rPr>
          <w:lang w:val="ru-RU"/>
        </w:rPr>
      </w:pPr>
      <w:r w:rsidRPr="007A792A">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662447" w:rsidRPr="007A792A" w:rsidRDefault="007A792A">
      <w:pPr>
        <w:autoSpaceDE w:val="0"/>
        <w:autoSpaceDN w:val="0"/>
        <w:spacing w:before="190" w:after="0" w:line="262" w:lineRule="auto"/>
        <w:ind w:left="420" w:right="1296"/>
        <w:rPr>
          <w:lang w:val="ru-RU"/>
        </w:rPr>
      </w:pPr>
      <w:r w:rsidRPr="007A792A">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662447" w:rsidRPr="007A792A" w:rsidRDefault="007A792A">
      <w:pPr>
        <w:autoSpaceDE w:val="0"/>
        <w:autoSpaceDN w:val="0"/>
        <w:spacing w:before="190" w:after="0" w:line="230" w:lineRule="auto"/>
        <w:ind w:left="420"/>
        <w:rPr>
          <w:lang w:val="ru-RU"/>
        </w:rPr>
      </w:pPr>
      <w:r w:rsidRPr="007A792A">
        <w:rPr>
          <w:rFonts w:ascii="Times New Roman" w:eastAsia="Times New Roman" w:hAnsi="Times New Roman"/>
          <w:color w:val="000000"/>
          <w:sz w:val="24"/>
          <w:lang w:val="ru-RU"/>
        </w:rPr>
        <w:t>—  аргументировать свою позицию, мнение;</w:t>
      </w:r>
    </w:p>
    <w:p w:rsidR="00662447" w:rsidRPr="007A792A" w:rsidRDefault="007A792A">
      <w:pPr>
        <w:autoSpaceDE w:val="0"/>
        <w:autoSpaceDN w:val="0"/>
        <w:spacing w:before="190" w:after="0" w:line="271" w:lineRule="auto"/>
        <w:ind w:left="420" w:right="288"/>
        <w:rPr>
          <w:lang w:val="ru-RU"/>
        </w:rPr>
      </w:pPr>
      <w:r w:rsidRPr="007A792A">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662447" w:rsidRPr="007A792A" w:rsidRDefault="007A792A">
      <w:pPr>
        <w:autoSpaceDE w:val="0"/>
        <w:autoSpaceDN w:val="0"/>
        <w:spacing w:before="190" w:after="0"/>
        <w:ind w:left="420" w:right="144"/>
        <w:rPr>
          <w:lang w:val="ru-RU"/>
        </w:rPr>
      </w:pPr>
      <w:r w:rsidRPr="007A792A">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662447" w:rsidRPr="007A792A" w:rsidRDefault="00662447">
      <w:pPr>
        <w:rPr>
          <w:lang w:val="ru-RU"/>
        </w:rPr>
        <w:sectPr w:rsidR="00662447" w:rsidRPr="007A792A">
          <w:pgSz w:w="11900" w:h="16840"/>
          <w:pgMar w:top="298" w:right="668" w:bottom="348" w:left="666" w:header="720" w:footer="720" w:gutter="0"/>
          <w:cols w:space="720" w:equalWidth="0">
            <w:col w:w="10566" w:space="0"/>
          </w:cols>
          <w:docGrid w:linePitch="360"/>
        </w:sectPr>
      </w:pPr>
    </w:p>
    <w:p w:rsidR="00662447" w:rsidRPr="007A792A" w:rsidRDefault="00662447">
      <w:pPr>
        <w:autoSpaceDE w:val="0"/>
        <w:autoSpaceDN w:val="0"/>
        <w:spacing w:after="78" w:line="220" w:lineRule="exact"/>
        <w:rPr>
          <w:lang w:val="ru-RU"/>
        </w:rPr>
      </w:pPr>
    </w:p>
    <w:p w:rsidR="00662447" w:rsidRPr="007A792A" w:rsidRDefault="007A792A">
      <w:pPr>
        <w:autoSpaceDE w:val="0"/>
        <w:autoSpaceDN w:val="0"/>
        <w:spacing w:after="0" w:line="230" w:lineRule="auto"/>
        <w:ind w:left="180"/>
        <w:rPr>
          <w:lang w:val="ru-RU"/>
        </w:rPr>
      </w:pPr>
      <w:r w:rsidRPr="007A792A">
        <w:rPr>
          <w:rFonts w:ascii="Times New Roman" w:eastAsia="Times New Roman" w:hAnsi="Times New Roman"/>
          <w:b/>
          <w:color w:val="000000"/>
          <w:sz w:val="24"/>
          <w:lang w:val="ru-RU"/>
        </w:rPr>
        <w:t>Работа с информацией:</w:t>
      </w:r>
    </w:p>
    <w:p w:rsidR="00662447" w:rsidRPr="007A792A" w:rsidRDefault="007A792A">
      <w:pPr>
        <w:autoSpaceDE w:val="0"/>
        <w:autoSpaceDN w:val="0"/>
        <w:spacing w:before="178" w:after="0" w:line="262" w:lineRule="auto"/>
        <w:ind w:left="420"/>
        <w:rPr>
          <w:lang w:val="ru-RU"/>
        </w:rPr>
      </w:pPr>
      <w:r w:rsidRPr="007A792A">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662447" w:rsidRPr="007A792A" w:rsidRDefault="007A792A">
      <w:pPr>
        <w:autoSpaceDE w:val="0"/>
        <w:autoSpaceDN w:val="0"/>
        <w:spacing w:before="190" w:after="0" w:line="262" w:lineRule="auto"/>
        <w:ind w:left="420" w:right="288"/>
        <w:rPr>
          <w:lang w:val="ru-RU"/>
        </w:rPr>
      </w:pPr>
      <w:r w:rsidRPr="007A792A">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662447" w:rsidRPr="007A792A" w:rsidRDefault="007A792A">
      <w:pPr>
        <w:autoSpaceDE w:val="0"/>
        <w:autoSpaceDN w:val="0"/>
        <w:spacing w:before="190" w:after="0" w:line="262" w:lineRule="auto"/>
        <w:ind w:left="420" w:right="144"/>
        <w:rPr>
          <w:lang w:val="ru-RU"/>
        </w:rPr>
      </w:pPr>
      <w:r w:rsidRPr="007A792A">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662447" w:rsidRPr="007A792A" w:rsidRDefault="007A792A">
      <w:pPr>
        <w:autoSpaceDE w:val="0"/>
        <w:autoSpaceDN w:val="0"/>
        <w:spacing w:before="190" w:after="0" w:line="262" w:lineRule="auto"/>
        <w:ind w:left="420" w:right="1296"/>
        <w:rPr>
          <w:lang w:val="ru-RU"/>
        </w:rPr>
      </w:pPr>
      <w:r w:rsidRPr="007A792A">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662447" w:rsidRPr="007A792A" w:rsidRDefault="007A792A">
      <w:pPr>
        <w:tabs>
          <w:tab w:val="left" w:pos="180"/>
        </w:tabs>
        <w:autoSpaceDE w:val="0"/>
        <w:autoSpaceDN w:val="0"/>
        <w:spacing w:before="180" w:after="0" w:line="262" w:lineRule="auto"/>
        <w:ind w:right="288"/>
        <w:rPr>
          <w:lang w:val="ru-RU"/>
        </w:rPr>
      </w:pPr>
      <w:r w:rsidRPr="007A792A">
        <w:rPr>
          <w:lang w:val="ru-RU"/>
        </w:rPr>
        <w:tab/>
      </w:r>
      <w:r w:rsidRPr="007A792A">
        <w:rPr>
          <w:rFonts w:ascii="Times New Roman" w:eastAsia="Times New Roman" w:hAnsi="Times New Roman"/>
          <w:i/>
          <w:color w:val="000000"/>
          <w:sz w:val="24"/>
          <w:lang w:val="ru-RU"/>
        </w:rPr>
        <w:t xml:space="preserve">2)  Универсальные </w:t>
      </w:r>
      <w:r w:rsidRPr="007A792A">
        <w:rPr>
          <w:rFonts w:ascii="Times New Roman" w:eastAsia="Times New Roman" w:hAnsi="Times New Roman"/>
          <w:b/>
          <w:i/>
          <w:color w:val="000000"/>
          <w:sz w:val="24"/>
          <w:lang w:val="ru-RU"/>
        </w:rPr>
        <w:t xml:space="preserve">коммуникативные </w:t>
      </w:r>
      <w:r w:rsidRPr="007A792A">
        <w:rPr>
          <w:rFonts w:ascii="Times New Roman" w:eastAsia="Times New Roman" w:hAnsi="Times New Roman"/>
          <w:i/>
          <w:color w:val="000000"/>
          <w:sz w:val="24"/>
          <w:lang w:val="ru-RU"/>
        </w:rPr>
        <w:t xml:space="preserve">действия обеспечивают </w:t>
      </w:r>
      <w:proofErr w:type="spellStart"/>
      <w:r w:rsidRPr="007A792A">
        <w:rPr>
          <w:rFonts w:ascii="Times New Roman" w:eastAsia="Times New Roman" w:hAnsi="Times New Roman"/>
          <w:i/>
          <w:color w:val="000000"/>
          <w:sz w:val="24"/>
          <w:lang w:val="ru-RU"/>
        </w:rPr>
        <w:t>сформированность</w:t>
      </w:r>
      <w:proofErr w:type="spellEnd"/>
      <w:r w:rsidRPr="007A792A">
        <w:rPr>
          <w:rFonts w:ascii="Times New Roman" w:eastAsia="Times New Roman" w:hAnsi="Times New Roman"/>
          <w:i/>
          <w:color w:val="000000"/>
          <w:sz w:val="24"/>
          <w:lang w:val="ru-RU"/>
        </w:rPr>
        <w:t xml:space="preserve"> социальных навыков обучающихся.</w:t>
      </w:r>
    </w:p>
    <w:p w:rsidR="00662447" w:rsidRPr="007A792A" w:rsidRDefault="007A792A">
      <w:pPr>
        <w:autoSpaceDE w:val="0"/>
        <w:autoSpaceDN w:val="0"/>
        <w:spacing w:before="190" w:after="0" w:line="230" w:lineRule="auto"/>
        <w:ind w:left="180"/>
        <w:rPr>
          <w:lang w:val="ru-RU"/>
        </w:rPr>
      </w:pPr>
      <w:r w:rsidRPr="007A792A">
        <w:rPr>
          <w:rFonts w:ascii="Times New Roman" w:eastAsia="Times New Roman" w:hAnsi="Times New Roman"/>
          <w:b/>
          <w:color w:val="000000"/>
          <w:sz w:val="24"/>
          <w:lang w:val="ru-RU"/>
        </w:rPr>
        <w:t>Общение:</w:t>
      </w:r>
    </w:p>
    <w:p w:rsidR="00662447" w:rsidRPr="007A792A" w:rsidRDefault="007A792A">
      <w:pPr>
        <w:autoSpaceDE w:val="0"/>
        <w:autoSpaceDN w:val="0"/>
        <w:spacing w:before="178" w:after="0" w:line="230" w:lineRule="auto"/>
        <w:ind w:left="420"/>
        <w:rPr>
          <w:lang w:val="ru-RU"/>
        </w:rPr>
      </w:pPr>
      <w:r w:rsidRPr="007A792A">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662447" w:rsidRPr="007A792A" w:rsidRDefault="007A792A">
      <w:pPr>
        <w:autoSpaceDE w:val="0"/>
        <w:autoSpaceDN w:val="0"/>
        <w:spacing w:before="190" w:after="0"/>
        <w:ind w:left="420" w:right="144"/>
        <w:rPr>
          <w:lang w:val="ru-RU"/>
        </w:rPr>
      </w:pPr>
      <w:r w:rsidRPr="007A792A">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662447" w:rsidRPr="007A792A" w:rsidRDefault="007A792A">
      <w:pPr>
        <w:autoSpaceDE w:val="0"/>
        <w:autoSpaceDN w:val="0"/>
        <w:spacing w:before="190" w:after="0" w:line="262" w:lineRule="auto"/>
        <w:ind w:left="420" w:right="720"/>
        <w:rPr>
          <w:lang w:val="ru-RU"/>
        </w:rPr>
      </w:pPr>
      <w:r w:rsidRPr="007A792A">
        <w:rPr>
          <w:rFonts w:ascii="Times New Roman" w:eastAsia="Times New Roman" w:hAnsi="Times New Roman"/>
          <w:color w:val="000000"/>
          <w:sz w:val="24"/>
          <w:lang w:val="ru-RU"/>
        </w:rPr>
        <w:t xml:space="preserve">—  сопоставлять свои суждения с суждениями других участников диалога, обнаруживать различие и сходство позиций; </w:t>
      </w:r>
    </w:p>
    <w:p w:rsidR="00662447" w:rsidRPr="007A792A" w:rsidRDefault="007A792A">
      <w:pPr>
        <w:autoSpaceDE w:val="0"/>
        <w:autoSpaceDN w:val="0"/>
        <w:spacing w:before="190" w:after="0" w:line="230" w:lineRule="auto"/>
        <w:ind w:left="420"/>
        <w:rPr>
          <w:lang w:val="ru-RU"/>
        </w:rPr>
      </w:pPr>
      <w:r w:rsidRPr="007A792A">
        <w:rPr>
          <w:rFonts w:ascii="Times New Roman" w:eastAsia="Times New Roman" w:hAnsi="Times New Roman"/>
          <w:color w:val="000000"/>
          <w:sz w:val="24"/>
          <w:lang w:val="ru-RU"/>
        </w:rPr>
        <w:t xml:space="preserve">—  в корректной форме формулировать разногласия, свои возражения; </w:t>
      </w:r>
    </w:p>
    <w:p w:rsidR="00662447" w:rsidRPr="007A792A" w:rsidRDefault="007A792A">
      <w:pPr>
        <w:autoSpaceDE w:val="0"/>
        <w:autoSpaceDN w:val="0"/>
        <w:spacing w:before="190" w:after="0" w:line="230" w:lineRule="auto"/>
        <w:ind w:left="420"/>
        <w:rPr>
          <w:lang w:val="ru-RU"/>
        </w:rPr>
      </w:pPr>
      <w:r w:rsidRPr="007A792A">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662447" w:rsidRPr="007A792A" w:rsidRDefault="007A792A">
      <w:pPr>
        <w:autoSpaceDE w:val="0"/>
        <w:autoSpaceDN w:val="0"/>
        <w:spacing w:before="190" w:after="0" w:line="262" w:lineRule="auto"/>
        <w:ind w:left="420" w:right="144"/>
        <w:rPr>
          <w:lang w:val="ru-RU"/>
        </w:rPr>
      </w:pPr>
      <w:r w:rsidRPr="007A792A">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662447" w:rsidRPr="007A792A" w:rsidRDefault="007A792A">
      <w:pPr>
        <w:autoSpaceDE w:val="0"/>
        <w:autoSpaceDN w:val="0"/>
        <w:spacing w:before="178" w:after="0" w:line="230" w:lineRule="auto"/>
        <w:ind w:left="180"/>
        <w:rPr>
          <w:lang w:val="ru-RU"/>
        </w:rPr>
      </w:pPr>
      <w:r w:rsidRPr="007A792A">
        <w:rPr>
          <w:rFonts w:ascii="Times New Roman" w:eastAsia="Times New Roman" w:hAnsi="Times New Roman"/>
          <w:b/>
          <w:color w:val="000000"/>
          <w:sz w:val="24"/>
          <w:lang w:val="ru-RU"/>
        </w:rPr>
        <w:t>Сотрудничество:</w:t>
      </w:r>
    </w:p>
    <w:p w:rsidR="00662447" w:rsidRPr="007A792A" w:rsidRDefault="007A792A">
      <w:pPr>
        <w:autoSpaceDE w:val="0"/>
        <w:autoSpaceDN w:val="0"/>
        <w:spacing w:before="178" w:after="0" w:line="262" w:lineRule="auto"/>
        <w:ind w:left="420" w:right="144"/>
        <w:rPr>
          <w:lang w:val="ru-RU"/>
        </w:rPr>
      </w:pPr>
      <w:r w:rsidRPr="007A792A">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662447" w:rsidRPr="007A792A" w:rsidRDefault="007A792A">
      <w:pPr>
        <w:autoSpaceDE w:val="0"/>
        <w:autoSpaceDN w:val="0"/>
        <w:spacing w:before="192" w:after="0" w:line="262" w:lineRule="auto"/>
        <w:ind w:left="420" w:right="288"/>
        <w:rPr>
          <w:lang w:val="ru-RU"/>
        </w:rPr>
      </w:pPr>
      <w:r w:rsidRPr="007A792A">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662447" w:rsidRPr="007A792A" w:rsidRDefault="007A792A">
      <w:pPr>
        <w:autoSpaceDE w:val="0"/>
        <w:autoSpaceDN w:val="0"/>
        <w:spacing w:before="190" w:after="0" w:line="262" w:lineRule="auto"/>
        <w:ind w:left="420"/>
        <w:rPr>
          <w:lang w:val="ru-RU"/>
        </w:rPr>
      </w:pPr>
      <w:proofErr w:type="gramStart"/>
      <w:r w:rsidRPr="007A792A">
        <w:rPr>
          <w:rFonts w:ascii="Times New Roman" w:eastAsia="Times New Roman" w:hAnsi="Times New Roman"/>
          <w:color w:val="000000"/>
          <w:sz w:val="24"/>
          <w:lang w:val="ru-RU"/>
        </w:rPr>
        <w:t>—  обобщать</w:t>
      </w:r>
      <w:proofErr w:type="gramEnd"/>
      <w:r w:rsidRPr="007A792A">
        <w:rPr>
          <w:rFonts w:ascii="Times New Roman" w:eastAsia="Times New Roman" w:hAnsi="Times New Roman"/>
          <w:color w:val="000000"/>
          <w:sz w:val="24"/>
          <w:lang w:val="ru-RU"/>
        </w:rPr>
        <w:t xml:space="preserve"> мнения нескольких людей; участвовать в групповых формах работы (обсуждения, обмен мнениями, мозговые штурмы и др.); </w:t>
      </w:r>
    </w:p>
    <w:p w:rsidR="00662447" w:rsidRPr="007A792A" w:rsidRDefault="007A792A">
      <w:pPr>
        <w:autoSpaceDE w:val="0"/>
        <w:autoSpaceDN w:val="0"/>
        <w:spacing w:before="190" w:after="0" w:line="230" w:lineRule="auto"/>
        <w:ind w:left="420"/>
        <w:rPr>
          <w:lang w:val="ru-RU"/>
        </w:rPr>
      </w:pPr>
      <w:r w:rsidRPr="007A792A">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662447" w:rsidRPr="007A792A" w:rsidRDefault="007A792A">
      <w:pPr>
        <w:autoSpaceDE w:val="0"/>
        <w:autoSpaceDN w:val="0"/>
        <w:spacing w:before="190" w:after="0" w:line="262" w:lineRule="auto"/>
        <w:ind w:left="420" w:right="576"/>
        <w:rPr>
          <w:lang w:val="ru-RU"/>
        </w:rPr>
      </w:pPr>
      <w:r w:rsidRPr="007A792A">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662447" w:rsidRPr="007A792A" w:rsidRDefault="007A792A">
      <w:pPr>
        <w:tabs>
          <w:tab w:val="left" w:pos="180"/>
        </w:tabs>
        <w:autoSpaceDE w:val="0"/>
        <w:autoSpaceDN w:val="0"/>
        <w:spacing w:before="178" w:after="0" w:line="262" w:lineRule="auto"/>
        <w:ind w:right="144"/>
        <w:rPr>
          <w:lang w:val="ru-RU"/>
        </w:rPr>
      </w:pPr>
      <w:r w:rsidRPr="007A792A">
        <w:rPr>
          <w:lang w:val="ru-RU"/>
        </w:rPr>
        <w:tab/>
      </w:r>
      <w:r w:rsidRPr="007A792A">
        <w:rPr>
          <w:rFonts w:ascii="Times New Roman" w:eastAsia="Times New Roman" w:hAnsi="Times New Roman"/>
          <w:i/>
          <w:color w:val="000000"/>
          <w:sz w:val="24"/>
          <w:lang w:val="ru-RU"/>
        </w:rPr>
        <w:t xml:space="preserve">3)  Универсальные </w:t>
      </w:r>
      <w:r w:rsidRPr="007A792A">
        <w:rPr>
          <w:rFonts w:ascii="Times New Roman" w:eastAsia="Times New Roman" w:hAnsi="Times New Roman"/>
          <w:b/>
          <w:i/>
          <w:color w:val="000000"/>
          <w:sz w:val="24"/>
          <w:lang w:val="ru-RU"/>
        </w:rPr>
        <w:t xml:space="preserve">регулятивные </w:t>
      </w:r>
      <w:r w:rsidRPr="007A792A">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662447" w:rsidRPr="007A792A" w:rsidRDefault="007A792A">
      <w:pPr>
        <w:autoSpaceDE w:val="0"/>
        <w:autoSpaceDN w:val="0"/>
        <w:spacing w:before="190" w:after="0" w:line="230" w:lineRule="auto"/>
        <w:ind w:left="180"/>
        <w:rPr>
          <w:lang w:val="ru-RU"/>
        </w:rPr>
      </w:pPr>
      <w:r w:rsidRPr="007A792A">
        <w:rPr>
          <w:rFonts w:ascii="Times New Roman" w:eastAsia="Times New Roman" w:hAnsi="Times New Roman"/>
          <w:b/>
          <w:color w:val="000000"/>
          <w:sz w:val="24"/>
          <w:lang w:val="ru-RU"/>
        </w:rPr>
        <w:t>Самоорганизация:</w:t>
      </w:r>
    </w:p>
    <w:p w:rsidR="00662447" w:rsidRPr="007A792A" w:rsidRDefault="007A792A">
      <w:pPr>
        <w:autoSpaceDE w:val="0"/>
        <w:autoSpaceDN w:val="0"/>
        <w:spacing w:before="178" w:after="0" w:line="271" w:lineRule="auto"/>
        <w:ind w:left="420"/>
        <w:rPr>
          <w:lang w:val="ru-RU"/>
        </w:rPr>
      </w:pPr>
      <w:r w:rsidRPr="007A792A">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62447" w:rsidRPr="007A792A" w:rsidRDefault="00662447">
      <w:pPr>
        <w:rPr>
          <w:lang w:val="ru-RU"/>
        </w:rPr>
        <w:sectPr w:rsidR="00662447" w:rsidRPr="007A792A">
          <w:pgSz w:w="11900" w:h="16840"/>
          <w:pgMar w:top="298" w:right="830" w:bottom="384" w:left="666" w:header="720" w:footer="720" w:gutter="0"/>
          <w:cols w:space="720" w:equalWidth="0">
            <w:col w:w="10404" w:space="0"/>
          </w:cols>
          <w:docGrid w:linePitch="360"/>
        </w:sectPr>
      </w:pPr>
    </w:p>
    <w:p w:rsidR="00662447" w:rsidRPr="007A792A" w:rsidRDefault="00662447">
      <w:pPr>
        <w:autoSpaceDE w:val="0"/>
        <w:autoSpaceDN w:val="0"/>
        <w:spacing w:after="114" w:line="220" w:lineRule="exact"/>
        <w:rPr>
          <w:lang w:val="ru-RU"/>
        </w:rPr>
      </w:pPr>
    </w:p>
    <w:p w:rsidR="00662447" w:rsidRPr="007A792A" w:rsidRDefault="007A792A">
      <w:pPr>
        <w:autoSpaceDE w:val="0"/>
        <w:autoSpaceDN w:val="0"/>
        <w:spacing w:after="0" w:line="230" w:lineRule="auto"/>
        <w:ind w:left="180"/>
        <w:rPr>
          <w:lang w:val="ru-RU"/>
        </w:rPr>
      </w:pPr>
      <w:r w:rsidRPr="007A792A">
        <w:rPr>
          <w:rFonts w:ascii="Times New Roman" w:eastAsia="Times New Roman" w:hAnsi="Times New Roman"/>
          <w:b/>
          <w:color w:val="000000"/>
          <w:sz w:val="24"/>
          <w:lang w:val="ru-RU"/>
        </w:rPr>
        <w:t>Самоконтроль:</w:t>
      </w:r>
    </w:p>
    <w:p w:rsidR="00662447" w:rsidRPr="007A792A" w:rsidRDefault="007A792A">
      <w:pPr>
        <w:autoSpaceDE w:val="0"/>
        <w:autoSpaceDN w:val="0"/>
        <w:spacing w:before="178" w:after="0" w:line="262" w:lineRule="auto"/>
        <w:ind w:left="420" w:right="1296"/>
        <w:rPr>
          <w:lang w:val="ru-RU"/>
        </w:rPr>
      </w:pPr>
      <w:r w:rsidRPr="007A792A">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662447" w:rsidRPr="007A792A" w:rsidRDefault="007A792A">
      <w:pPr>
        <w:autoSpaceDE w:val="0"/>
        <w:autoSpaceDN w:val="0"/>
        <w:spacing w:before="190" w:after="0" w:line="262" w:lineRule="auto"/>
        <w:ind w:left="420"/>
        <w:rPr>
          <w:lang w:val="ru-RU"/>
        </w:rPr>
      </w:pPr>
      <w:r w:rsidRPr="007A792A">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62447" w:rsidRPr="007A792A" w:rsidRDefault="007A792A">
      <w:pPr>
        <w:autoSpaceDE w:val="0"/>
        <w:autoSpaceDN w:val="0"/>
        <w:spacing w:before="190" w:after="0" w:line="271" w:lineRule="auto"/>
        <w:ind w:left="420"/>
        <w:rPr>
          <w:lang w:val="ru-RU"/>
        </w:rPr>
      </w:pPr>
      <w:r w:rsidRPr="007A792A">
        <w:rPr>
          <w:rFonts w:ascii="Times New Roman" w:eastAsia="Times New Roman" w:hAnsi="Times New Roman"/>
          <w:color w:val="000000"/>
          <w:sz w:val="24"/>
          <w:lang w:val="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7A792A">
        <w:rPr>
          <w:rFonts w:ascii="Times New Roman" w:eastAsia="Times New Roman" w:hAnsi="Times New Roman"/>
          <w:color w:val="000000"/>
          <w:sz w:val="24"/>
          <w:lang w:val="ru-RU"/>
        </w:rPr>
        <w:t>недостижения</w:t>
      </w:r>
      <w:proofErr w:type="spellEnd"/>
      <w:r w:rsidRPr="007A792A">
        <w:rPr>
          <w:rFonts w:ascii="Times New Roman" w:eastAsia="Times New Roman" w:hAnsi="Times New Roman"/>
          <w:color w:val="000000"/>
          <w:sz w:val="24"/>
          <w:lang w:val="ru-RU"/>
        </w:rPr>
        <w:t xml:space="preserve"> цели, находить ошибку, давать оценку приобретённому опыту.</w:t>
      </w:r>
    </w:p>
    <w:p w:rsidR="00662447" w:rsidRPr="007A792A" w:rsidRDefault="007A792A">
      <w:pPr>
        <w:autoSpaceDE w:val="0"/>
        <w:autoSpaceDN w:val="0"/>
        <w:spacing w:before="324" w:after="0" w:line="230" w:lineRule="auto"/>
        <w:rPr>
          <w:lang w:val="ru-RU"/>
        </w:rPr>
      </w:pPr>
      <w:r w:rsidRPr="007A792A">
        <w:rPr>
          <w:rFonts w:ascii="Times New Roman" w:eastAsia="Times New Roman" w:hAnsi="Times New Roman"/>
          <w:b/>
          <w:color w:val="000000"/>
          <w:sz w:val="24"/>
          <w:lang w:val="ru-RU"/>
        </w:rPr>
        <w:t>ПРЕДМЕТНЫЕ РЕЗУЛЬТАТЫ</w:t>
      </w:r>
    </w:p>
    <w:p w:rsidR="00662447" w:rsidRPr="007A792A" w:rsidRDefault="007A792A">
      <w:pPr>
        <w:autoSpaceDE w:val="0"/>
        <w:autoSpaceDN w:val="0"/>
        <w:spacing w:before="264" w:after="0" w:line="230" w:lineRule="auto"/>
        <w:rPr>
          <w:lang w:val="ru-RU"/>
        </w:rPr>
      </w:pPr>
      <w:r w:rsidRPr="007A792A">
        <w:rPr>
          <w:rFonts w:ascii="Times New Roman" w:eastAsia="Times New Roman" w:hAnsi="Times New Roman"/>
          <w:b/>
          <w:color w:val="000000"/>
          <w:sz w:val="24"/>
          <w:lang w:val="ru-RU"/>
        </w:rPr>
        <w:t>Числа и вычисления</w:t>
      </w:r>
    </w:p>
    <w:p w:rsidR="00662447" w:rsidRPr="007A792A" w:rsidRDefault="007A792A">
      <w:pPr>
        <w:tabs>
          <w:tab w:val="left" w:pos="180"/>
        </w:tabs>
        <w:autoSpaceDE w:val="0"/>
        <w:autoSpaceDN w:val="0"/>
        <w:spacing w:before="166" w:after="0" w:line="262" w:lineRule="auto"/>
        <w:rPr>
          <w:lang w:val="ru-RU"/>
        </w:rPr>
      </w:pPr>
      <w:r w:rsidRPr="007A792A">
        <w:rPr>
          <w:lang w:val="ru-RU"/>
        </w:rPr>
        <w:tab/>
      </w:r>
      <w:r w:rsidRPr="007A792A">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662447" w:rsidRPr="007A792A" w:rsidRDefault="007A792A">
      <w:pPr>
        <w:tabs>
          <w:tab w:val="left" w:pos="180"/>
        </w:tabs>
        <w:autoSpaceDE w:val="0"/>
        <w:autoSpaceDN w:val="0"/>
        <w:spacing w:before="70" w:after="0" w:line="262" w:lineRule="auto"/>
        <w:rPr>
          <w:lang w:val="ru-RU"/>
        </w:rPr>
      </w:pPr>
      <w:r w:rsidRPr="007A792A">
        <w:rPr>
          <w:lang w:val="ru-RU"/>
        </w:rPr>
        <w:tab/>
      </w:r>
      <w:r w:rsidRPr="007A792A">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662447" w:rsidRPr="007A792A" w:rsidRDefault="007A792A">
      <w:pPr>
        <w:tabs>
          <w:tab w:val="left" w:pos="180"/>
        </w:tabs>
        <w:autoSpaceDE w:val="0"/>
        <w:autoSpaceDN w:val="0"/>
        <w:spacing w:before="70" w:after="0" w:line="262" w:lineRule="auto"/>
        <w:rPr>
          <w:lang w:val="ru-RU"/>
        </w:rPr>
      </w:pPr>
      <w:r w:rsidRPr="007A792A">
        <w:rPr>
          <w:lang w:val="ru-RU"/>
        </w:rPr>
        <w:tab/>
      </w:r>
      <w:r w:rsidRPr="007A792A">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662447" w:rsidRPr="007A792A" w:rsidRDefault="007A792A">
      <w:pPr>
        <w:tabs>
          <w:tab w:val="left" w:pos="180"/>
        </w:tabs>
        <w:autoSpaceDE w:val="0"/>
        <w:autoSpaceDN w:val="0"/>
        <w:spacing w:before="70" w:after="0" w:line="262" w:lineRule="auto"/>
        <w:ind w:right="576"/>
        <w:rPr>
          <w:lang w:val="ru-RU"/>
        </w:rPr>
      </w:pPr>
      <w:r w:rsidRPr="007A792A">
        <w:rPr>
          <w:lang w:val="ru-RU"/>
        </w:rPr>
        <w:tab/>
      </w:r>
      <w:r w:rsidRPr="007A792A">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Выполнять проверку, прикидку результата вычислений.</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Округлять натуральные числа.</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Решение текстовых задач</w:t>
      </w:r>
    </w:p>
    <w:p w:rsidR="00662447" w:rsidRPr="007A792A" w:rsidRDefault="007A792A">
      <w:pPr>
        <w:tabs>
          <w:tab w:val="left" w:pos="180"/>
        </w:tabs>
        <w:autoSpaceDE w:val="0"/>
        <w:autoSpaceDN w:val="0"/>
        <w:spacing w:before="166" w:after="0" w:line="262" w:lineRule="auto"/>
        <w:ind w:right="432"/>
        <w:rPr>
          <w:lang w:val="ru-RU"/>
        </w:rPr>
      </w:pPr>
      <w:r w:rsidRPr="007A792A">
        <w:rPr>
          <w:lang w:val="ru-RU"/>
        </w:rPr>
        <w:tab/>
      </w:r>
      <w:r w:rsidRPr="007A792A">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662447" w:rsidRPr="007A792A" w:rsidRDefault="007A792A">
      <w:pPr>
        <w:tabs>
          <w:tab w:val="left" w:pos="180"/>
        </w:tabs>
        <w:autoSpaceDE w:val="0"/>
        <w:autoSpaceDN w:val="0"/>
        <w:spacing w:before="70" w:after="0" w:line="262" w:lineRule="auto"/>
        <w:ind w:right="288"/>
        <w:rPr>
          <w:lang w:val="ru-RU"/>
        </w:rPr>
      </w:pPr>
      <w:r w:rsidRPr="007A792A">
        <w:rPr>
          <w:lang w:val="ru-RU"/>
        </w:rPr>
        <w:tab/>
      </w:r>
      <w:r w:rsidRPr="007A792A">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662447" w:rsidRPr="007A792A" w:rsidRDefault="007A792A">
      <w:pPr>
        <w:tabs>
          <w:tab w:val="left" w:pos="180"/>
        </w:tabs>
        <w:autoSpaceDE w:val="0"/>
        <w:autoSpaceDN w:val="0"/>
        <w:spacing w:before="70" w:after="0" w:line="262" w:lineRule="auto"/>
        <w:ind w:right="576"/>
        <w:rPr>
          <w:lang w:val="ru-RU"/>
        </w:rPr>
      </w:pPr>
      <w:r w:rsidRPr="007A792A">
        <w:rPr>
          <w:lang w:val="ru-RU"/>
        </w:rPr>
        <w:tab/>
      </w:r>
      <w:r w:rsidRPr="007A792A">
        <w:rPr>
          <w:rFonts w:ascii="Times New Roman" w:eastAsia="Times New Roman" w:hAnsi="Times New Roman"/>
          <w:color w:val="000000"/>
          <w:sz w:val="24"/>
          <w:lang w:val="ru-RU"/>
        </w:rPr>
        <w:t xml:space="preserve">Пользоваться основными единицами измерения: цены, массы; расстояния, времени, скорости; выражать одни единицы </w:t>
      </w:r>
      <w:proofErr w:type="gramStart"/>
      <w:r w:rsidRPr="007A792A">
        <w:rPr>
          <w:rFonts w:ascii="Times New Roman" w:eastAsia="Times New Roman" w:hAnsi="Times New Roman"/>
          <w:color w:val="000000"/>
          <w:sz w:val="24"/>
          <w:lang w:val="ru-RU"/>
        </w:rPr>
        <w:t>вели- чины</w:t>
      </w:r>
      <w:proofErr w:type="gramEnd"/>
      <w:r w:rsidRPr="007A792A">
        <w:rPr>
          <w:rFonts w:ascii="Times New Roman" w:eastAsia="Times New Roman" w:hAnsi="Times New Roman"/>
          <w:color w:val="000000"/>
          <w:sz w:val="24"/>
          <w:lang w:val="ru-RU"/>
        </w:rPr>
        <w:t xml:space="preserve"> через другие.</w:t>
      </w:r>
    </w:p>
    <w:p w:rsidR="00662447" w:rsidRPr="007A792A" w:rsidRDefault="007A792A">
      <w:pPr>
        <w:autoSpaceDE w:val="0"/>
        <w:autoSpaceDN w:val="0"/>
        <w:spacing w:before="72" w:after="0" w:line="262" w:lineRule="auto"/>
        <w:ind w:right="432"/>
        <w:jc w:val="center"/>
        <w:rPr>
          <w:lang w:val="ru-RU"/>
        </w:rPr>
      </w:pPr>
      <w:r w:rsidRPr="007A792A">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Наглядная геометрия</w:t>
      </w:r>
    </w:p>
    <w:p w:rsidR="00662447" w:rsidRPr="007A792A" w:rsidRDefault="007A792A">
      <w:pPr>
        <w:tabs>
          <w:tab w:val="left" w:pos="180"/>
        </w:tabs>
        <w:autoSpaceDE w:val="0"/>
        <w:autoSpaceDN w:val="0"/>
        <w:spacing w:before="166" w:after="0" w:line="262" w:lineRule="auto"/>
        <w:ind w:right="576"/>
        <w:rPr>
          <w:lang w:val="ru-RU"/>
        </w:rPr>
      </w:pPr>
      <w:r w:rsidRPr="007A792A">
        <w:rPr>
          <w:lang w:val="ru-RU"/>
        </w:rPr>
        <w:tab/>
      </w:r>
      <w:r w:rsidRPr="007A792A">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662447" w:rsidRPr="007A792A" w:rsidRDefault="007A792A">
      <w:pPr>
        <w:tabs>
          <w:tab w:val="left" w:pos="180"/>
        </w:tabs>
        <w:autoSpaceDE w:val="0"/>
        <w:autoSpaceDN w:val="0"/>
        <w:spacing w:before="70" w:after="0" w:line="262" w:lineRule="auto"/>
        <w:ind w:right="288"/>
        <w:rPr>
          <w:lang w:val="ru-RU"/>
        </w:rPr>
      </w:pPr>
      <w:r w:rsidRPr="007A792A">
        <w:rPr>
          <w:lang w:val="ru-RU"/>
        </w:rPr>
        <w:tab/>
      </w:r>
      <w:r w:rsidRPr="007A792A">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662447" w:rsidRPr="007A792A" w:rsidRDefault="007A792A">
      <w:pPr>
        <w:tabs>
          <w:tab w:val="left" w:pos="180"/>
        </w:tabs>
        <w:autoSpaceDE w:val="0"/>
        <w:autoSpaceDN w:val="0"/>
        <w:spacing w:before="70" w:after="0" w:line="262" w:lineRule="auto"/>
        <w:ind w:right="288"/>
        <w:rPr>
          <w:lang w:val="ru-RU"/>
        </w:rPr>
      </w:pPr>
      <w:r w:rsidRPr="007A792A">
        <w:rPr>
          <w:lang w:val="ru-RU"/>
        </w:rPr>
        <w:tab/>
      </w:r>
      <w:r w:rsidRPr="007A792A">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662447" w:rsidRPr="007A792A" w:rsidRDefault="007A792A">
      <w:pPr>
        <w:tabs>
          <w:tab w:val="left" w:pos="180"/>
        </w:tabs>
        <w:autoSpaceDE w:val="0"/>
        <w:autoSpaceDN w:val="0"/>
        <w:spacing w:before="70" w:after="0" w:line="262" w:lineRule="auto"/>
        <w:ind w:right="288"/>
        <w:rPr>
          <w:lang w:val="ru-RU"/>
        </w:rPr>
      </w:pPr>
      <w:r w:rsidRPr="007A792A">
        <w:rPr>
          <w:lang w:val="ru-RU"/>
        </w:rPr>
        <w:tab/>
      </w:r>
      <w:r w:rsidRPr="007A792A">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662447" w:rsidRPr="007A792A" w:rsidRDefault="007A792A">
      <w:pPr>
        <w:tabs>
          <w:tab w:val="left" w:pos="180"/>
        </w:tabs>
        <w:autoSpaceDE w:val="0"/>
        <w:autoSpaceDN w:val="0"/>
        <w:spacing w:before="70" w:after="0" w:line="262" w:lineRule="auto"/>
        <w:ind w:right="432"/>
        <w:rPr>
          <w:lang w:val="ru-RU"/>
        </w:rPr>
      </w:pPr>
      <w:r w:rsidRPr="007A792A">
        <w:rPr>
          <w:lang w:val="ru-RU"/>
        </w:rPr>
        <w:tab/>
      </w:r>
      <w:r w:rsidRPr="007A792A">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662447" w:rsidRPr="007A792A" w:rsidRDefault="00662447">
      <w:pPr>
        <w:rPr>
          <w:lang w:val="ru-RU"/>
        </w:rPr>
        <w:sectPr w:rsidR="00662447" w:rsidRPr="007A792A">
          <w:pgSz w:w="11900" w:h="16840"/>
          <w:pgMar w:top="334" w:right="774" w:bottom="332" w:left="666" w:header="720" w:footer="720" w:gutter="0"/>
          <w:cols w:space="720" w:equalWidth="0">
            <w:col w:w="10460" w:space="0"/>
          </w:cols>
          <w:docGrid w:linePitch="360"/>
        </w:sectPr>
      </w:pPr>
    </w:p>
    <w:p w:rsidR="00662447" w:rsidRPr="007A792A" w:rsidRDefault="00662447">
      <w:pPr>
        <w:autoSpaceDE w:val="0"/>
        <w:autoSpaceDN w:val="0"/>
        <w:spacing w:after="66" w:line="220" w:lineRule="exact"/>
        <w:rPr>
          <w:lang w:val="ru-RU"/>
        </w:rPr>
      </w:pPr>
    </w:p>
    <w:p w:rsidR="00662447" w:rsidRPr="007A792A" w:rsidRDefault="007A792A">
      <w:pPr>
        <w:autoSpaceDE w:val="0"/>
        <w:autoSpaceDN w:val="0"/>
        <w:spacing w:after="0" w:line="230" w:lineRule="auto"/>
        <w:rPr>
          <w:lang w:val="ru-RU"/>
        </w:rPr>
      </w:pPr>
      <w:r w:rsidRPr="007A792A">
        <w:rPr>
          <w:rFonts w:ascii="Times New Roman" w:eastAsia="Times New Roman" w:hAnsi="Times New Roman"/>
          <w:color w:val="000000"/>
          <w:sz w:val="24"/>
          <w:lang w:val="ru-RU"/>
        </w:rPr>
        <w:t>площади и периметра.</w:t>
      </w:r>
    </w:p>
    <w:p w:rsidR="00662447" w:rsidRPr="007A792A" w:rsidRDefault="007A792A">
      <w:pPr>
        <w:tabs>
          <w:tab w:val="left" w:pos="180"/>
        </w:tabs>
        <w:autoSpaceDE w:val="0"/>
        <w:autoSpaceDN w:val="0"/>
        <w:spacing w:before="70" w:after="0" w:line="262" w:lineRule="auto"/>
        <w:ind w:right="1584"/>
        <w:rPr>
          <w:lang w:val="ru-RU"/>
        </w:rPr>
      </w:pPr>
      <w:r w:rsidRPr="007A792A">
        <w:rPr>
          <w:lang w:val="ru-RU"/>
        </w:rPr>
        <w:tab/>
      </w:r>
      <w:r w:rsidRPr="007A792A">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662447" w:rsidRPr="007A792A" w:rsidRDefault="007A792A">
      <w:pPr>
        <w:tabs>
          <w:tab w:val="left" w:pos="180"/>
        </w:tabs>
        <w:autoSpaceDE w:val="0"/>
        <w:autoSpaceDN w:val="0"/>
        <w:spacing w:before="70" w:after="0" w:line="262" w:lineRule="auto"/>
        <w:ind w:right="288"/>
        <w:rPr>
          <w:lang w:val="ru-RU"/>
        </w:rPr>
      </w:pPr>
      <w:r w:rsidRPr="007A792A">
        <w:rPr>
          <w:lang w:val="ru-RU"/>
        </w:rPr>
        <w:tab/>
      </w:r>
      <w:r w:rsidRPr="007A792A">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662447" w:rsidRPr="007A792A" w:rsidRDefault="007A792A">
      <w:pPr>
        <w:tabs>
          <w:tab w:val="left" w:pos="180"/>
        </w:tabs>
        <w:autoSpaceDE w:val="0"/>
        <w:autoSpaceDN w:val="0"/>
        <w:spacing w:before="70" w:after="0" w:line="262" w:lineRule="auto"/>
        <w:rPr>
          <w:lang w:val="ru-RU"/>
        </w:rPr>
      </w:pPr>
      <w:r w:rsidRPr="007A792A">
        <w:rPr>
          <w:lang w:val="ru-RU"/>
        </w:rPr>
        <w:tab/>
      </w:r>
      <w:r w:rsidRPr="007A792A">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662447" w:rsidRPr="007A792A" w:rsidRDefault="007A792A">
      <w:pPr>
        <w:tabs>
          <w:tab w:val="left" w:pos="180"/>
        </w:tabs>
        <w:autoSpaceDE w:val="0"/>
        <w:autoSpaceDN w:val="0"/>
        <w:spacing w:before="70" w:after="0" w:line="262" w:lineRule="auto"/>
        <w:ind w:right="576"/>
        <w:rPr>
          <w:lang w:val="ru-RU"/>
        </w:rPr>
      </w:pPr>
      <w:r w:rsidRPr="007A792A">
        <w:rPr>
          <w:lang w:val="ru-RU"/>
        </w:rPr>
        <w:tab/>
      </w:r>
      <w:r w:rsidRPr="007A792A">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662447" w:rsidRPr="007A792A" w:rsidRDefault="007A792A">
      <w:pPr>
        <w:autoSpaceDE w:val="0"/>
        <w:autoSpaceDN w:val="0"/>
        <w:spacing w:before="70" w:after="0" w:line="230" w:lineRule="auto"/>
        <w:ind w:left="180"/>
        <w:rPr>
          <w:lang w:val="ru-RU"/>
        </w:rPr>
      </w:pPr>
      <w:r w:rsidRPr="007A792A">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662447" w:rsidRPr="007A792A" w:rsidRDefault="00662447">
      <w:pPr>
        <w:rPr>
          <w:lang w:val="ru-RU"/>
        </w:rPr>
        <w:sectPr w:rsidR="00662447" w:rsidRPr="007A792A">
          <w:pgSz w:w="11900" w:h="16840"/>
          <w:pgMar w:top="286" w:right="834" w:bottom="1440" w:left="666" w:header="720" w:footer="720" w:gutter="0"/>
          <w:cols w:space="720" w:equalWidth="0">
            <w:col w:w="10400" w:space="0"/>
          </w:cols>
          <w:docGrid w:linePitch="360"/>
        </w:sectPr>
      </w:pPr>
    </w:p>
    <w:p w:rsidR="00662447" w:rsidRPr="007A792A" w:rsidRDefault="00662447">
      <w:pPr>
        <w:autoSpaceDE w:val="0"/>
        <w:autoSpaceDN w:val="0"/>
        <w:spacing w:after="64" w:line="220" w:lineRule="exact"/>
        <w:rPr>
          <w:lang w:val="ru-RU"/>
        </w:rPr>
      </w:pPr>
    </w:p>
    <w:p w:rsidR="00662447" w:rsidRDefault="007A792A">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6124"/>
        <w:gridCol w:w="528"/>
        <w:gridCol w:w="1176"/>
        <w:gridCol w:w="1202"/>
        <w:gridCol w:w="840"/>
        <w:gridCol w:w="1104"/>
        <w:gridCol w:w="1310"/>
        <w:gridCol w:w="2750"/>
      </w:tblGrid>
      <w:tr w:rsidR="00662447">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12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b/>
                <w:color w:val="000000"/>
                <w:w w:val="97"/>
                <w:sz w:val="16"/>
                <w:lang w:val="ru-RU"/>
              </w:rPr>
              <w:t>Наименование разделов и тем программы</w:t>
            </w:r>
          </w:p>
        </w:tc>
        <w:tc>
          <w:tcPr>
            <w:tcW w:w="29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4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11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left="72"/>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деятельности</w:t>
            </w:r>
          </w:p>
        </w:tc>
        <w:tc>
          <w:tcPr>
            <w:tcW w:w="13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275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left="72" w:right="720"/>
            </w:pPr>
            <w:r>
              <w:rPr>
                <w:rFonts w:ascii="Times New Roman" w:eastAsia="Times New Roman" w:hAnsi="Times New Roman"/>
                <w:b/>
                <w:color w:val="000000"/>
                <w:w w:val="97"/>
                <w:sz w:val="16"/>
              </w:rPr>
              <w:t>Электронные (цифровые) образовательные ресурсы</w:t>
            </w:r>
          </w:p>
        </w:tc>
      </w:tr>
      <w:tr w:rsidR="00662447">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1726"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1726"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1726"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1726" w:type="dxa"/>
            <w:vMerge/>
            <w:tcBorders>
              <w:top w:val="single" w:sz="4" w:space="0" w:color="000000"/>
              <w:left w:val="single" w:sz="4" w:space="0" w:color="000000"/>
              <w:bottom w:val="single" w:sz="4" w:space="0" w:color="000000"/>
              <w:right w:val="single" w:sz="4" w:space="0" w:color="000000"/>
            </w:tcBorders>
          </w:tcPr>
          <w:p w:rsidR="00662447" w:rsidRDefault="00662447"/>
        </w:tc>
      </w:tr>
      <w:tr w:rsidR="00662447" w:rsidRPr="00F26A09">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80" w:after="0" w:line="230" w:lineRule="auto"/>
              <w:ind w:left="72"/>
              <w:rPr>
                <w:lang w:val="ru-RU"/>
              </w:rPr>
            </w:pPr>
            <w:r w:rsidRPr="007A792A">
              <w:rPr>
                <w:rFonts w:ascii="Times New Roman" w:eastAsia="Times New Roman" w:hAnsi="Times New Roman"/>
                <w:b/>
                <w:color w:val="000000"/>
                <w:w w:val="97"/>
                <w:sz w:val="16"/>
                <w:lang w:val="ru-RU"/>
              </w:rPr>
              <w:t xml:space="preserve">Раздел 1.  </w:t>
            </w:r>
            <w:r w:rsidRPr="007A792A">
              <w:rPr>
                <w:rFonts w:ascii="Times New Roman" w:eastAsia="Times New Roman" w:hAnsi="Times New Roman"/>
                <w:b/>
                <w:color w:val="221F1F"/>
                <w:w w:val="97"/>
                <w:sz w:val="16"/>
                <w:lang w:val="ru-RU"/>
              </w:rPr>
              <w:t>Натуральные числа. Действия с натуральными числами</w:t>
            </w:r>
          </w:p>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1.1.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1.2.</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1.3.</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 xml:space="preserve">Натуральный ряд.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1.4.</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 xml:space="preserve">Число 0.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1.5.</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Натуральные числа на координатной прямой.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1.6.</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Сравнение, округлениенатуральныхчисел.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5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1.7.</w:t>
            </w:r>
          </w:p>
        </w:tc>
        <w:tc>
          <w:tcPr>
            <w:tcW w:w="612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Арифметические действия с натуральными числами.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34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4" w:after="0" w:line="230" w:lineRule="auto"/>
              <w:jc w:val="center"/>
            </w:pPr>
            <w:r>
              <w:rPr>
                <w:rFonts w:ascii="Times New Roman" w:eastAsia="Times New Roman" w:hAnsi="Times New Roman"/>
                <w:color w:val="000000"/>
                <w:w w:val="97"/>
                <w:sz w:val="16"/>
              </w:rPr>
              <w:t>1.8.</w:t>
            </w:r>
          </w:p>
        </w:tc>
        <w:tc>
          <w:tcPr>
            <w:tcW w:w="612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4" w:after="0" w:line="230" w:lineRule="auto"/>
              <w:ind w:left="72"/>
              <w:rPr>
                <w:lang w:val="ru-RU"/>
              </w:rPr>
            </w:pPr>
            <w:r w:rsidRPr="007A792A">
              <w:rPr>
                <w:rFonts w:ascii="Times New Roman" w:eastAsia="Times New Roman" w:hAnsi="Times New Roman"/>
                <w:color w:val="221F1F"/>
                <w:w w:val="97"/>
                <w:sz w:val="16"/>
                <w:lang w:val="ru-RU"/>
              </w:rPr>
              <w:t>Свойства нуля при сложении и умножении, свойства единицы при умножении.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1.9.</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45" w:lineRule="auto"/>
              <w:ind w:left="72"/>
              <w:rPr>
                <w:lang w:val="ru-RU"/>
              </w:rPr>
            </w:pPr>
            <w:r w:rsidRPr="007A792A">
              <w:rPr>
                <w:rFonts w:ascii="Times New Roman" w:eastAsia="Times New Roman" w:hAnsi="Times New Roman"/>
                <w:color w:val="221F1F"/>
                <w:w w:val="97"/>
                <w:sz w:val="16"/>
                <w:lang w:val="ru-RU"/>
              </w:rPr>
              <w:t>Переместительное и сочетательное свойства сложения и умножения, распределительное 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1.10.</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Делители и кратные числа, разложение числа на 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1.11.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000000"/>
                <w:w w:val="97"/>
                <w:sz w:val="16"/>
              </w:rPr>
              <w:t xml:space="preserve">Деление с остатком.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1.12.</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Простые и составные числа.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1.13.</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1.14.</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542"/>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1.15.</w:t>
            </w:r>
          </w:p>
        </w:tc>
        <w:tc>
          <w:tcPr>
            <w:tcW w:w="612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Числовые выражения; порядок действий.</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4" w:after="0" w:line="230" w:lineRule="auto"/>
              <w:jc w:val="center"/>
            </w:pPr>
            <w:r>
              <w:rPr>
                <w:rFonts w:ascii="Times New Roman" w:eastAsia="Times New Roman" w:hAnsi="Times New Roman"/>
                <w:color w:val="000000"/>
                <w:w w:val="97"/>
                <w:sz w:val="16"/>
              </w:rPr>
              <w:t>1.16.</w:t>
            </w:r>
          </w:p>
        </w:tc>
        <w:tc>
          <w:tcPr>
            <w:tcW w:w="612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4" w:after="0" w:line="230" w:lineRule="auto"/>
              <w:ind w:left="72"/>
              <w:rPr>
                <w:lang w:val="ru-RU"/>
              </w:rPr>
            </w:pPr>
            <w:r w:rsidRPr="007A792A">
              <w:rPr>
                <w:rFonts w:ascii="Times New Roman" w:eastAsia="Times New Roman" w:hAnsi="Times New Roman"/>
                <w:color w:val="221F1F"/>
                <w:w w:val="97"/>
                <w:sz w:val="16"/>
                <w:lang w:val="ru-RU"/>
              </w:rPr>
              <w:t>Решение текстовых задач на все арифметические действия, на движение и покупки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000000"/>
                <w:w w:val="97"/>
                <w:sz w:val="16"/>
              </w:rPr>
              <w:t>43</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b/>
                <w:color w:val="000000"/>
                <w:w w:val="97"/>
                <w:sz w:val="16"/>
                <w:lang w:val="ru-RU"/>
              </w:rPr>
              <w:t xml:space="preserve">Раздел 2. </w:t>
            </w:r>
            <w:r w:rsidRPr="007A792A">
              <w:rPr>
                <w:rFonts w:ascii="Times New Roman" w:eastAsia="Times New Roman" w:hAnsi="Times New Roman"/>
                <w:b/>
                <w:color w:val="221F1F"/>
                <w:w w:val="97"/>
                <w:sz w:val="16"/>
                <w:lang w:val="ru-RU"/>
              </w:rPr>
              <w:t>Наглядная геометрия. Линии на плоскости</w:t>
            </w:r>
          </w:p>
        </w:tc>
      </w:tr>
      <w:tr w:rsidR="00662447">
        <w:trPr>
          <w:trHeight w:hRule="exact" w:val="32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2.1.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6840" w:h="11900"/>
          <w:pgMar w:top="282" w:right="640" w:bottom="526" w:left="666" w:header="720" w:footer="720" w:gutter="0"/>
          <w:cols w:space="720" w:equalWidth="0">
            <w:col w:w="1553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6124"/>
        <w:gridCol w:w="528"/>
        <w:gridCol w:w="1176"/>
        <w:gridCol w:w="1202"/>
        <w:gridCol w:w="840"/>
        <w:gridCol w:w="1104"/>
        <w:gridCol w:w="1310"/>
        <w:gridCol w:w="2750"/>
      </w:tblGrid>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2.2.</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2.3.</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Измерение длины отрезка, метрические единицы 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2.4.</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2.5.</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Практическая работа «Построение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80" w:after="0" w:line="230" w:lineRule="auto"/>
              <w:jc w:val="center"/>
            </w:pPr>
            <w:r>
              <w:rPr>
                <w:rFonts w:ascii="Times New Roman" w:eastAsia="Times New Roman" w:hAnsi="Times New Roman"/>
                <w:color w:val="000000"/>
                <w:w w:val="97"/>
                <w:sz w:val="16"/>
              </w:rPr>
              <w:t>2.6.</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80" w:after="0" w:line="230" w:lineRule="auto"/>
              <w:ind w:left="72"/>
            </w:pPr>
            <w:r>
              <w:rPr>
                <w:rFonts w:ascii="Times New Roman" w:eastAsia="Times New Roman" w:hAnsi="Times New Roman"/>
                <w:color w:val="221F1F"/>
                <w:w w:val="97"/>
                <w:sz w:val="16"/>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2.7.</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Прямой, острый, тупой и развёрнутый углы.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2.8.</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Измерение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2.9.</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 xml:space="preserve">Практическая работа «Построение </w:t>
            </w:r>
            <w:proofErr w:type="spellStart"/>
            <w:proofErr w:type="gramStart"/>
            <w:r w:rsidRPr="007A792A">
              <w:rPr>
                <w:rFonts w:ascii="Times New Roman" w:eastAsia="Times New Roman" w:hAnsi="Times New Roman"/>
                <w:color w:val="221F1F"/>
                <w:w w:val="97"/>
                <w:sz w:val="16"/>
                <w:lang w:val="ru-RU"/>
              </w:rPr>
              <w:t>углов»Практическая</w:t>
            </w:r>
            <w:proofErr w:type="spellEnd"/>
            <w:proofErr w:type="gramEnd"/>
            <w:r w:rsidRPr="007A792A">
              <w:rPr>
                <w:rFonts w:ascii="Times New Roman" w:eastAsia="Times New Roman" w:hAnsi="Times New Roman"/>
                <w:color w:val="221F1F"/>
                <w:w w:val="97"/>
                <w:sz w:val="16"/>
                <w:lang w:val="ru-RU"/>
              </w:rPr>
              <w:t xml:space="preserve"> работа «Построение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000000"/>
                <w:w w:val="97"/>
                <w:sz w:val="16"/>
              </w:rPr>
              <w:t>12</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b/>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3.1.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Дробь.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3.2.</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Правильные и неправильные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3.3.</w:t>
            </w:r>
          </w:p>
        </w:tc>
        <w:tc>
          <w:tcPr>
            <w:tcW w:w="612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Основноесвойство дроби.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r>
      <w:tr w:rsidR="00662447">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0" w:lineRule="auto"/>
              <w:jc w:val="center"/>
            </w:pPr>
            <w:r>
              <w:rPr>
                <w:rFonts w:ascii="Times New Roman" w:eastAsia="Times New Roman" w:hAnsi="Times New Roman"/>
                <w:color w:val="000000"/>
                <w:w w:val="97"/>
                <w:sz w:val="16"/>
              </w:rPr>
              <w:t>3.4.</w:t>
            </w:r>
          </w:p>
        </w:tc>
        <w:tc>
          <w:tcPr>
            <w:tcW w:w="612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0" w:lineRule="auto"/>
              <w:ind w:left="72"/>
            </w:pPr>
            <w:r>
              <w:rPr>
                <w:rFonts w:ascii="Times New Roman" w:eastAsia="Times New Roman" w:hAnsi="Times New Roman"/>
                <w:color w:val="221F1F"/>
                <w:w w:val="97"/>
                <w:sz w:val="16"/>
              </w:rPr>
              <w:t>Сравнение дробей.</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3.5.</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3.6.</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3.7.</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Умножение и деление обыкновенных дробей; взаимно-обратные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3.8.</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Решение текстовых задач, со 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3.9.</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3.10.</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Применение букв для записи математических выражений и предложений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48</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5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b/>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662447">
        <w:trPr>
          <w:trHeight w:hRule="exact" w:val="34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4" w:after="0" w:line="230" w:lineRule="auto"/>
              <w:jc w:val="center"/>
            </w:pPr>
            <w:r>
              <w:rPr>
                <w:rFonts w:ascii="Times New Roman" w:eastAsia="Times New Roman" w:hAnsi="Times New Roman"/>
                <w:color w:val="000000"/>
                <w:w w:val="97"/>
                <w:sz w:val="16"/>
              </w:rPr>
              <w:t>4.1.</w:t>
            </w:r>
          </w:p>
        </w:tc>
        <w:tc>
          <w:tcPr>
            <w:tcW w:w="612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4" w:after="0" w:line="230" w:lineRule="auto"/>
              <w:ind w:left="72"/>
            </w:pPr>
            <w:r>
              <w:rPr>
                <w:rFonts w:ascii="Times New Roman" w:eastAsia="Times New Roman" w:hAnsi="Times New Roman"/>
                <w:color w:val="221F1F"/>
                <w:w w:val="97"/>
                <w:sz w:val="16"/>
              </w:rPr>
              <w:t>Многоугольники.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4.2.</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Четырёхугольник, прямоугольник, 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4.3.</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45" w:lineRule="auto"/>
              <w:ind w:left="72" w:right="720"/>
              <w:rPr>
                <w:lang w:val="ru-RU"/>
              </w:rPr>
            </w:pPr>
            <w:r w:rsidRPr="007A792A">
              <w:rPr>
                <w:rFonts w:ascii="Times New Roman" w:eastAsia="Times New Roman" w:hAnsi="Times New Roman"/>
                <w:color w:val="221F1F"/>
                <w:w w:val="97"/>
                <w:sz w:val="16"/>
                <w:lang w:val="ru-RU"/>
              </w:rPr>
              <w:t>Практическая работа «Построение прямоугольника с заданными сторонами на нелинованной 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4.4.</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6840" w:h="11900"/>
          <w:pgMar w:top="284" w:right="640" w:bottom="364" w:left="666" w:header="720" w:footer="720" w:gutter="0"/>
          <w:cols w:space="720" w:equalWidth="0">
            <w:col w:w="1553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6124"/>
        <w:gridCol w:w="528"/>
        <w:gridCol w:w="1176"/>
        <w:gridCol w:w="1202"/>
        <w:gridCol w:w="840"/>
        <w:gridCol w:w="1104"/>
        <w:gridCol w:w="1310"/>
        <w:gridCol w:w="2750"/>
      </w:tblGrid>
      <w:tr w:rsidR="00662447" w:rsidRPr="00F26A09">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4.5.</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45" w:lineRule="auto"/>
              <w:ind w:left="72" w:right="1008"/>
              <w:rPr>
                <w:lang w:val="ru-RU"/>
              </w:rPr>
            </w:pPr>
            <w:r w:rsidRPr="007A792A">
              <w:rPr>
                <w:rFonts w:ascii="Times New Roman" w:eastAsia="Times New Roman" w:hAnsi="Times New Roman"/>
                <w:color w:val="221F1F"/>
                <w:w w:val="97"/>
                <w:sz w:val="16"/>
                <w:lang w:val="ru-RU"/>
              </w:rPr>
              <w:t>Площадь и периметр прямоугольника и многоугольников, составленных из прямоугольников, 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4.6.</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10</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b/>
                <w:color w:val="000000"/>
                <w:w w:val="97"/>
                <w:sz w:val="16"/>
              </w:rPr>
              <w:t xml:space="preserve">Раздел 5. </w:t>
            </w:r>
            <w:r>
              <w:rPr>
                <w:rFonts w:ascii="Times New Roman" w:eastAsia="Times New Roman" w:hAnsi="Times New Roman"/>
                <w:b/>
                <w:color w:val="221F1F"/>
                <w:w w:val="97"/>
                <w:sz w:val="16"/>
              </w:rPr>
              <w:t xml:space="preserve">Десятичные дроби </w:t>
            </w:r>
          </w:p>
        </w:tc>
      </w:tr>
      <w:tr w:rsidR="00662447">
        <w:trPr>
          <w:trHeight w:hRule="exact" w:val="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80" w:after="0" w:line="230" w:lineRule="auto"/>
              <w:jc w:val="center"/>
            </w:pPr>
            <w:r>
              <w:rPr>
                <w:rFonts w:ascii="Times New Roman" w:eastAsia="Times New Roman" w:hAnsi="Times New Roman"/>
                <w:color w:val="000000"/>
                <w:w w:val="97"/>
                <w:sz w:val="16"/>
              </w:rPr>
              <w:t>5.1.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80" w:after="0" w:line="230" w:lineRule="auto"/>
              <w:ind w:left="72"/>
            </w:pPr>
            <w:r>
              <w:rPr>
                <w:rFonts w:ascii="Times New Roman" w:eastAsia="Times New Roman" w:hAnsi="Times New Roman"/>
                <w:color w:val="221F1F"/>
                <w:w w:val="97"/>
                <w:sz w:val="16"/>
              </w:rPr>
              <w:t>Десятичная запись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5.2.</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Сравнение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5.3.</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Действия с 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.5.4.</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Округление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5.5.</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5.6.</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6" w:after="0" w:line="233" w:lineRule="auto"/>
              <w:ind w:left="72"/>
              <w:rPr>
                <w:lang w:val="ru-RU"/>
              </w:rPr>
            </w:pPr>
            <w:r w:rsidRPr="007A792A">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38</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662447">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6.1.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5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6.2.</w:t>
            </w:r>
          </w:p>
        </w:tc>
        <w:tc>
          <w:tcPr>
            <w:tcW w:w="612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221F1F"/>
                <w:w w:val="97"/>
                <w:sz w:val="16"/>
              </w:rPr>
              <w:t>Изображение многогранников.</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4" w:after="0" w:line="230" w:lineRule="auto"/>
              <w:jc w:val="center"/>
            </w:pPr>
            <w:r>
              <w:rPr>
                <w:rFonts w:ascii="Times New Roman" w:eastAsia="Times New Roman" w:hAnsi="Times New Roman"/>
                <w:color w:val="000000"/>
                <w:w w:val="97"/>
                <w:sz w:val="16"/>
              </w:rPr>
              <w:t>6.3.</w:t>
            </w:r>
          </w:p>
        </w:tc>
        <w:tc>
          <w:tcPr>
            <w:tcW w:w="612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4" w:after="0" w:line="230" w:lineRule="auto"/>
              <w:ind w:left="72"/>
            </w:pPr>
            <w:r>
              <w:rPr>
                <w:rFonts w:ascii="Times New Roman" w:eastAsia="Times New Roman" w:hAnsi="Times New Roman"/>
                <w:color w:val="221F1F"/>
                <w:w w:val="97"/>
                <w:sz w:val="16"/>
              </w:rPr>
              <w:t>Модели пространственных тел.</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6.4.</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Прямоугольный 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6.5.</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Развёртки куба и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6.6..</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Практическая работа «Развёртка куба».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jc w:val="center"/>
            </w:pPr>
            <w:r>
              <w:rPr>
                <w:rFonts w:ascii="Times New Roman" w:eastAsia="Times New Roman" w:hAnsi="Times New Roman"/>
                <w:color w:val="000000"/>
                <w:w w:val="97"/>
                <w:sz w:val="16"/>
              </w:rPr>
              <w:t>6.7.</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6" w:after="0" w:line="233" w:lineRule="auto"/>
              <w:ind w:left="72"/>
            </w:pPr>
            <w:r>
              <w:rPr>
                <w:rFonts w:ascii="Times New Roman" w:eastAsia="Times New Roman" w:hAnsi="Times New Roman"/>
                <w:color w:val="221F1F"/>
                <w:w w:val="97"/>
                <w:sz w:val="16"/>
              </w:rPr>
              <w:t>Объём куба, 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9</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48"/>
        </w:trPr>
        <w:tc>
          <w:tcPr>
            <w:tcW w:w="11442"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b/>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rsidRPr="00F26A09">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jc w:val="center"/>
            </w:pPr>
            <w:r>
              <w:rPr>
                <w:rFonts w:ascii="Times New Roman" w:eastAsia="Times New Roman" w:hAnsi="Times New Roman"/>
                <w:color w:val="000000"/>
                <w:w w:val="97"/>
                <w:sz w:val="16"/>
              </w:rPr>
              <w:t>7.1.</w:t>
            </w:r>
          </w:p>
        </w:tc>
        <w:tc>
          <w:tcPr>
            <w:tcW w:w="612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221F1F"/>
                <w:w w:val="97"/>
                <w:sz w:val="16"/>
                <w:lang w:val="ru-RU"/>
              </w:rPr>
              <w:t>Повторение основных понятий и методов курса 5 класса, 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84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131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c>
          <w:tcPr>
            <w:tcW w:w="275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662447">
            <w:pPr>
              <w:rPr>
                <w:lang w:val="ru-RU"/>
              </w:rPr>
            </w:pPr>
          </w:p>
        </w:tc>
      </w:tr>
      <w:tr w:rsidR="00662447">
        <w:trPr>
          <w:trHeight w:hRule="exact" w:val="348"/>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10</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600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330"/>
        </w:trPr>
        <w:tc>
          <w:tcPr>
            <w:tcW w:w="65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78" w:after="0" w:line="230" w:lineRule="auto"/>
              <w:ind w:left="72"/>
              <w:rPr>
                <w:lang w:val="ru-RU"/>
              </w:rPr>
            </w:pPr>
            <w:r w:rsidRPr="007A792A">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170</w:t>
            </w:r>
          </w:p>
        </w:tc>
        <w:tc>
          <w:tcPr>
            <w:tcW w:w="1176"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78" w:after="0" w:line="230" w:lineRule="auto"/>
              <w:ind w:left="72"/>
            </w:pPr>
            <w:r>
              <w:rPr>
                <w:rFonts w:ascii="Times New Roman" w:eastAsia="Times New Roman" w:hAnsi="Times New Roman"/>
                <w:color w:val="000000"/>
                <w:w w:val="97"/>
                <w:sz w:val="16"/>
              </w:rPr>
              <w:t>17</w:t>
            </w:r>
          </w:p>
        </w:tc>
        <w:tc>
          <w:tcPr>
            <w:tcW w:w="120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600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6840" w:h="11900"/>
          <w:pgMar w:top="284" w:right="640" w:bottom="1288" w:left="666" w:header="720" w:footer="720" w:gutter="0"/>
          <w:cols w:space="720" w:equalWidth="0">
            <w:col w:w="15534" w:space="0"/>
          </w:cols>
          <w:docGrid w:linePitch="360"/>
        </w:sectPr>
      </w:pPr>
    </w:p>
    <w:p w:rsidR="00662447" w:rsidRDefault="00662447">
      <w:pPr>
        <w:autoSpaceDE w:val="0"/>
        <w:autoSpaceDN w:val="0"/>
        <w:spacing w:after="78" w:line="220" w:lineRule="exact"/>
      </w:pPr>
    </w:p>
    <w:p w:rsidR="00662447" w:rsidRDefault="007A792A">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662447">
        <w:trPr>
          <w:trHeight w:hRule="exact" w:val="492"/>
        </w:trPr>
        <w:tc>
          <w:tcPr>
            <w:tcW w:w="10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62" w:lineRule="auto"/>
              <w:ind w:left="72" w:right="576"/>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6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62" w:lineRule="auto"/>
              <w:ind w:left="72"/>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6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62" w:lineRule="auto"/>
              <w:ind w:left="72"/>
            </w:pPr>
            <w:r>
              <w:rPr>
                <w:rFonts w:ascii="Times New Roman" w:eastAsia="Times New Roman" w:hAnsi="Times New Roman"/>
                <w:b/>
                <w:color w:val="000000"/>
                <w:sz w:val="24"/>
              </w:rPr>
              <w:t>Виды, формы контроля</w:t>
            </w:r>
          </w:p>
        </w:tc>
      </w:tr>
      <w:tr w:rsidR="00662447">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1512"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662447" w:rsidRDefault="00662447"/>
        </w:tc>
        <w:tc>
          <w:tcPr>
            <w:tcW w:w="1512" w:type="dxa"/>
            <w:vMerge/>
            <w:tcBorders>
              <w:top w:val="single" w:sz="4" w:space="0" w:color="000000"/>
              <w:left w:val="single" w:sz="4" w:space="0" w:color="000000"/>
              <w:bottom w:val="single" w:sz="4" w:space="0" w:color="000000"/>
              <w:right w:val="single" w:sz="4" w:space="0" w:color="000000"/>
            </w:tcBorders>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w:t>
            </w:r>
          </w:p>
        </w:tc>
        <w:tc>
          <w:tcPr>
            <w:tcW w:w="261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4.</w:t>
            </w:r>
          </w:p>
        </w:tc>
        <w:tc>
          <w:tcPr>
            <w:tcW w:w="261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1900" w:h="16840"/>
          <w:pgMar w:top="298" w:right="650" w:bottom="520" w:left="666" w:header="720" w:footer="720" w:gutter="0"/>
          <w:cols w:space="720" w:equalWidth="0">
            <w:col w:w="1058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29.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35.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36.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39.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48.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49.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1900" w:h="16840"/>
          <w:pgMar w:top="284" w:right="650" w:bottom="500" w:left="666" w:header="720" w:footer="720" w:gutter="0"/>
          <w:cols w:space="720" w:equalWidth="0">
            <w:col w:w="1058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59.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66.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67.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69.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79.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80.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89.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1900" w:h="16840"/>
          <w:pgMar w:top="284" w:right="650" w:bottom="500" w:left="666" w:header="720" w:footer="720" w:gutter="0"/>
          <w:cols w:space="720" w:equalWidth="0">
            <w:col w:w="1058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97.</w:t>
            </w:r>
          </w:p>
        </w:tc>
        <w:tc>
          <w:tcPr>
            <w:tcW w:w="261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5"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98.</w:t>
            </w:r>
          </w:p>
        </w:tc>
        <w:tc>
          <w:tcPr>
            <w:tcW w:w="261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5"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99.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109.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111.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119.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1900" w:h="16840"/>
          <w:pgMar w:top="284" w:right="650" w:bottom="500" w:left="666" w:header="720" w:footer="720" w:gutter="0"/>
          <w:cols w:space="720" w:equalWidth="0">
            <w:col w:w="1058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127.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128.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129.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139.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142.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149.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7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1900" w:h="16840"/>
          <w:pgMar w:top="284" w:right="650" w:bottom="500" w:left="666" w:header="720" w:footer="720" w:gutter="0"/>
          <w:cols w:space="720" w:equalWidth="0">
            <w:col w:w="10584" w:space="0"/>
          </w:cols>
          <w:docGrid w:linePitch="360"/>
        </w:sectPr>
      </w:pPr>
    </w:p>
    <w:p w:rsidR="00662447" w:rsidRDefault="00662447">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1068"/>
        <w:gridCol w:w="2618"/>
        <w:gridCol w:w="732"/>
        <w:gridCol w:w="1620"/>
        <w:gridCol w:w="1668"/>
        <w:gridCol w:w="1164"/>
        <w:gridCol w:w="1682"/>
      </w:tblGrid>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158.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0"/>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159.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4"/>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160.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161.</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162.</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163.</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164.</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165.</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166.</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167.</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168.</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169.</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492"/>
        </w:trPr>
        <w:tc>
          <w:tcPr>
            <w:tcW w:w="10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170.</w:t>
            </w:r>
          </w:p>
        </w:tc>
        <w:tc>
          <w:tcPr>
            <w:tcW w:w="261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c>
          <w:tcPr>
            <w:tcW w:w="168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r w:rsidR="00662447">
        <w:trPr>
          <w:trHeight w:hRule="exact" w:val="808"/>
        </w:trPr>
        <w:tc>
          <w:tcPr>
            <w:tcW w:w="368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Pr="007A792A" w:rsidRDefault="007A792A">
            <w:pPr>
              <w:autoSpaceDE w:val="0"/>
              <w:autoSpaceDN w:val="0"/>
              <w:spacing w:before="98" w:after="0" w:line="262" w:lineRule="auto"/>
              <w:ind w:left="72" w:right="144"/>
              <w:rPr>
                <w:lang w:val="ru-RU"/>
              </w:rPr>
            </w:pPr>
            <w:r w:rsidRPr="007A792A">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170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7A792A">
            <w:pPr>
              <w:autoSpaceDE w:val="0"/>
              <w:autoSpaceDN w:val="0"/>
              <w:spacing w:before="98" w:after="0" w:line="230" w:lineRule="auto"/>
              <w:ind w:left="72"/>
            </w:pPr>
            <w:r>
              <w:rPr>
                <w:rFonts w:ascii="Times New Roman" w:eastAsia="Times New Roman" w:hAnsi="Times New Roman"/>
                <w:color w:val="000000"/>
                <w:sz w:val="24"/>
              </w:rPr>
              <w:t>17</w:t>
            </w:r>
          </w:p>
        </w:tc>
        <w:tc>
          <w:tcPr>
            <w:tcW w:w="451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62447" w:rsidRDefault="00662447"/>
        </w:tc>
      </w:tr>
    </w:tbl>
    <w:p w:rsidR="00662447" w:rsidRDefault="00662447">
      <w:pPr>
        <w:autoSpaceDE w:val="0"/>
        <w:autoSpaceDN w:val="0"/>
        <w:spacing w:after="0" w:line="14" w:lineRule="exact"/>
      </w:pPr>
    </w:p>
    <w:p w:rsidR="00662447" w:rsidRDefault="00662447">
      <w:pPr>
        <w:sectPr w:rsidR="00662447">
          <w:pgSz w:w="11900" w:h="16840"/>
          <w:pgMar w:top="284" w:right="650" w:bottom="1440" w:left="666" w:header="720" w:footer="720" w:gutter="0"/>
          <w:cols w:space="720" w:equalWidth="0">
            <w:col w:w="10584" w:space="0"/>
          </w:cols>
          <w:docGrid w:linePitch="360"/>
        </w:sectPr>
      </w:pPr>
    </w:p>
    <w:p w:rsidR="00662447" w:rsidRDefault="00662447">
      <w:pPr>
        <w:autoSpaceDE w:val="0"/>
        <w:autoSpaceDN w:val="0"/>
        <w:spacing w:after="78" w:line="220" w:lineRule="exact"/>
      </w:pPr>
    </w:p>
    <w:p w:rsidR="00662447" w:rsidRDefault="007A792A">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662447" w:rsidRDefault="007A792A">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662447" w:rsidRPr="007A792A" w:rsidRDefault="007A792A">
      <w:pPr>
        <w:autoSpaceDE w:val="0"/>
        <w:autoSpaceDN w:val="0"/>
        <w:spacing w:before="166" w:after="0" w:line="271" w:lineRule="auto"/>
        <w:ind w:right="576"/>
        <w:rPr>
          <w:lang w:val="ru-RU"/>
        </w:rPr>
      </w:pPr>
      <w:proofErr w:type="spellStart"/>
      <w:r w:rsidRPr="007A792A">
        <w:rPr>
          <w:rFonts w:ascii="Times New Roman" w:eastAsia="Times New Roman" w:hAnsi="Times New Roman"/>
          <w:color w:val="000000"/>
          <w:sz w:val="24"/>
          <w:lang w:val="ru-RU"/>
        </w:rPr>
        <w:t>Виленкин</w:t>
      </w:r>
      <w:proofErr w:type="spellEnd"/>
      <w:r w:rsidRPr="007A792A">
        <w:rPr>
          <w:rFonts w:ascii="Times New Roman" w:eastAsia="Times New Roman" w:hAnsi="Times New Roman"/>
          <w:color w:val="000000"/>
          <w:sz w:val="24"/>
          <w:lang w:val="ru-RU"/>
        </w:rPr>
        <w:t xml:space="preserve"> Н.Я., Жохов В.И., Чесноков А.С., Александрова Л.А., </w:t>
      </w:r>
      <w:proofErr w:type="spellStart"/>
      <w:r w:rsidRPr="007A792A">
        <w:rPr>
          <w:rFonts w:ascii="Times New Roman" w:eastAsia="Times New Roman" w:hAnsi="Times New Roman"/>
          <w:color w:val="000000"/>
          <w:sz w:val="24"/>
          <w:lang w:val="ru-RU"/>
        </w:rPr>
        <w:t>Шварцбурд</w:t>
      </w:r>
      <w:proofErr w:type="spellEnd"/>
      <w:r w:rsidRPr="007A792A">
        <w:rPr>
          <w:rFonts w:ascii="Times New Roman" w:eastAsia="Times New Roman" w:hAnsi="Times New Roman"/>
          <w:color w:val="000000"/>
          <w:sz w:val="24"/>
          <w:lang w:val="ru-RU"/>
        </w:rPr>
        <w:t xml:space="preserve"> С.И., Математика, 5 класс, АО "Издательство "Просвещение"; </w:t>
      </w:r>
      <w:r w:rsidRPr="007A792A">
        <w:rPr>
          <w:lang w:val="ru-RU"/>
        </w:rPr>
        <w:br/>
      </w:r>
      <w:r w:rsidRPr="007A792A">
        <w:rPr>
          <w:rFonts w:ascii="Times New Roman" w:eastAsia="Times New Roman" w:hAnsi="Times New Roman"/>
          <w:color w:val="000000"/>
          <w:sz w:val="24"/>
          <w:lang w:val="ru-RU"/>
        </w:rPr>
        <w:t>Введите свой вариант:</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МЕТОДИЧЕСКИЕ МАТЕРИАЛЫ ДЛЯ УЧИТЕЛЯ</w:t>
      </w:r>
    </w:p>
    <w:p w:rsidR="00662447" w:rsidRPr="007A792A" w:rsidRDefault="007A792A">
      <w:pPr>
        <w:autoSpaceDE w:val="0"/>
        <w:autoSpaceDN w:val="0"/>
        <w:spacing w:before="262" w:after="0" w:line="230" w:lineRule="auto"/>
        <w:rPr>
          <w:lang w:val="ru-RU"/>
        </w:rPr>
      </w:pPr>
      <w:r w:rsidRPr="007A792A">
        <w:rPr>
          <w:rFonts w:ascii="Times New Roman" w:eastAsia="Times New Roman" w:hAnsi="Times New Roman"/>
          <w:b/>
          <w:color w:val="000000"/>
          <w:sz w:val="24"/>
          <w:lang w:val="ru-RU"/>
        </w:rPr>
        <w:t>ЦИФРОВЫЕ ОБРАЗОВАТЕЛЬНЫЕ РЕСУРСЫ И РЕСУРСЫ СЕТИ ИНТЕРНЕТ</w:t>
      </w:r>
    </w:p>
    <w:p w:rsidR="00662447" w:rsidRPr="007A792A" w:rsidRDefault="00662447">
      <w:pPr>
        <w:rPr>
          <w:lang w:val="ru-RU"/>
        </w:rPr>
        <w:sectPr w:rsidR="00662447" w:rsidRPr="007A792A">
          <w:pgSz w:w="11900" w:h="16840"/>
          <w:pgMar w:top="298" w:right="650" w:bottom="1440" w:left="666" w:header="720" w:footer="720" w:gutter="0"/>
          <w:cols w:space="720" w:equalWidth="0">
            <w:col w:w="10584" w:space="0"/>
          </w:cols>
          <w:docGrid w:linePitch="360"/>
        </w:sectPr>
      </w:pPr>
    </w:p>
    <w:p w:rsidR="00662447" w:rsidRPr="007A792A" w:rsidRDefault="00662447">
      <w:pPr>
        <w:autoSpaceDE w:val="0"/>
        <w:autoSpaceDN w:val="0"/>
        <w:spacing w:after="78" w:line="220" w:lineRule="exact"/>
        <w:rPr>
          <w:lang w:val="ru-RU"/>
        </w:rPr>
      </w:pPr>
    </w:p>
    <w:p w:rsidR="00662447" w:rsidRPr="007A792A" w:rsidRDefault="007A792A">
      <w:pPr>
        <w:autoSpaceDE w:val="0"/>
        <w:autoSpaceDN w:val="0"/>
        <w:spacing w:after="0" w:line="408" w:lineRule="auto"/>
        <w:ind w:right="432"/>
        <w:rPr>
          <w:lang w:val="ru-RU"/>
        </w:rPr>
      </w:pPr>
      <w:r w:rsidRPr="007A792A">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7A792A">
        <w:rPr>
          <w:lang w:val="ru-RU"/>
        </w:rPr>
        <w:br/>
      </w:r>
      <w:proofErr w:type="spellStart"/>
      <w:r w:rsidRPr="007A792A">
        <w:rPr>
          <w:rFonts w:ascii="Times New Roman" w:eastAsia="Times New Roman" w:hAnsi="Times New Roman"/>
          <w:b/>
          <w:color w:val="000000"/>
          <w:sz w:val="24"/>
          <w:lang w:val="ru-RU"/>
        </w:rPr>
        <w:t>ОБОРУДОВАНИЕ</w:t>
      </w:r>
      <w:proofErr w:type="spellEnd"/>
      <w:r w:rsidRPr="007A792A">
        <w:rPr>
          <w:rFonts w:ascii="Times New Roman" w:eastAsia="Times New Roman" w:hAnsi="Times New Roman"/>
          <w:b/>
          <w:color w:val="000000"/>
          <w:sz w:val="24"/>
          <w:lang w:val="ru-RU"/>
        </w:rPr>
        <w:t xml:space="preserve"> ДЛЯ ПРОВЕДЕНИЯ ЛАБОРАТОРНЫХ И ПРАКТИЧЕСКИХ РАБОТ</w:t>
      </w:r>
    </w:p>
    <w:p w:rsidR="00662447" w:rsidRPr="007A792A" w:rsidRDefault="00662447">
      <w:pPr>
        <w:rPr>
          <w:lang w:val="ru-RU"/>
        </w:rPr>
        <w:sectPr w:rsidR="00662447" w:rsidRPr="007A792A">
          <w:pgSz w:w="11900" w:h="16840"/>
          <w:pgMar w:top="298" w:right="650" w:bottom="1440" w:left="666" w:header="720" w:footer="720" w:gutter="0"/>
          <w:cols w:space="720" w:equalWidth="0">
            <w:col w:w="10584" w:space="0"/>
          </w:cols>
          <w:docGrid w:linePitch="360"/>
        </w:sectPr>
      </w:pPr>
    </w:p>
    <w:p w:rsidR="0091444B" w:rsidRPr="007A792A" w:rsidRDefault="0091444B">
      <w:pPr>
        <w:rPr>
          <w:lang w:val="ru-RU"/>
        </w:rPr>
      </w:pPr>
    </w:p>
    <w:sectPr w:rsidR="0091444B" w:rsidRPr="007A792A" w:rsidSect="00034616">
      <w:pgSz w:w="11900" w:h="16840"/>
      <w:pgMar w:top="1440" w:right="1440" w:bottom="1440" w:left="1440" w:header="720" w:footer="720" w:gutter="0"/>
      <w:cols w:space="720" w:equalWidth="0">
        <w:col w:w="10584" w:space="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15B" w:rsidRDefault="007D515B" w:rsidP="00F26A09">
      <w:pPr>
        <w:spacing w:after="0" w:line="240" w:lineRule="auto"/>
      </w:pPr>
      <w:r>
        <w:separator/>
      </w:r>
    </w:p>
  </w:endnote>
  <w:endnote w:type="continuationSeparator" w:id="0">
    <w:p w:rsidR="007D515B" w:rsidRDefault="007D515B" w:rsidP="00F26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15B" w:rsidRDefault="007D515B" w:rsidP="00F26A09">
      <w:pPr>
        <w:spacing w:after="0" w:line="240" w:lineRule="auto"/>
      </w:pPr>
      <w:r>
        <w:separator/>
      </w:r>
    </w:p>
  </w:footnote>
  <w:footnote w:type="continuationSeparator" w:id="0">
    <w:p w:rsidR="007D515B" w:rsidRDefault="007D515B" w:rsidP="00F26A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62447"/>
    <w:rsid w:val="007A792A"/>
    <w:rsid w:val="007D515B"/>
    <w:rsid w:val="0091444B"/>
    <w:rsid w:val="00AA1D8D"/>
    <w:rsid w:val="00B47730"/>
    <w:rsid w:val="00CB0664"/>
    <w:rsid w:val="00F26A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0D8562D-D385-42D5-A779-08147111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C0AA0-2C2D-45C6-9567-EA38A0CB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4456</Words>
  <Characters>25401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2013-12-23T23:15:00Z</dcterms:created>
  <dcterms:modified xsi:type="dcterms:W3CDTF">2023-06-16T05:39:00Z</dcterms:modified>
  <cp:category/>
</cp:coreProperties>
</file>